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DA9161" w14:textId="59524770" w:rsidR="000114CA" w:rsidRPr="00DF4A3F" w:rsidRDefault="00000000">
      <w:pPr>
        <w:jc w:val="center"/>
        <w:rPr>
          <w:lang w:val="pl-PL"/>
        </w:rPr>
      </w:pPr>
      <w:r w:rsidRPr="00DF4A3F">
        <w:rPr>
          <w:b/>
          <w:color w:val="1F4E79"/>
          <w:sz w:val="30"/>
          <w:lang w:val="pl-PL"/>
        </w:rPr>
        <w:t xml:space="preserve"> </w:t>
      </w:r>
      <w:r w:rsidR="00DD0E31">
        <w:rPr>
          <w:b/>
          <w:color w:val="1F4E79"/>
          <w:sz w:val="30"/>
          <w:lang w:val="pl-PL"/>
        </w:rPr>
        <w:t>ZEBRANIA I KONSULTACJE</w:t>
      </w:r>
      <w:r w:rsidRPr="00DF4A3F">
        <w:rPr>
          <w:b/>
          <w:color w:val="1F4E79"/>
          <w:sz w:val="30"/>
          <w:lang w:val="pl-PL"/>
        </w:rPr>
        <w:t xml:space="preserve"> Z RODZICAMI W ROKU SZKOLNYM 2026/2027</w:t>
      </w:r>
    </w:p>
    <w:p w14:paraId="2B0808A9" w14:textId="77777777" w:rsidR="000114CA" w:rsidRPr="00DF4A3F" w:rsidRDefault="00000000">
      <w:pPr>
        <w:jc w:val="center"/>
        <w:rPr>
          <w:lang w:val="pl-PL"/>
        </w:rPr>
      </w:pPr>
      <w:r w:rsidRPr="00DF4A3F">
        <w:rPr>
          <w:b/>
          <w:sz w:val="20"/>
          <w:lang w:val="pl-PL"/>
        </w:rPr>
        <w:t>Szkoła Polska przy Ambasadzie RP w Berlinie z siedzibą w Lipsku</w:t>
      </w:r>
    </w:p>
    <w:p w14:paraId="6E410DBD" w14:textId="77777777" w:rsidR="000114CA" w:rsidRPr="00DF4A3F" w:rsidRDefault="00000000">
      <w:pPr>
        <w:rPr>
          <w:lang w:val="pl-PL"/>
        </w:rPr>
      </w:pPr>
      <w:r w:rsidRPr="00DF4A3F">
        <w:rPr>
          <w:b/>
          <w:lang w:val="pl-PL"/>
        </w:rPr>
        <w:t xml:space="preserve">Cel: </w:t>
      </w:r>
      <w:r w:rsidRPr="00DF4A3F">
        <w:rPr>
          <w:lang w:val="pl-PL"/>
        </w:rPr>
        <w:t>systematyczna wymiana informacji, wspólne wspieranie rozwoju uczniów oraz aktywne włączanie rodziców w życie szkoły.</w:t>
      </w:r>
    </w:p>
    <w:p w14:paraId="50B8FD67" w14:textId="448B7BC3" w:rsidR="000114CA" w:rsidRDefault="00000000">
      <w:proofErr w:type="spellStart"/>
      <w:r>
        <w:rPr>
          <w:b/>
          <w:color w:val="1F4E79"/>
          <w:sz w:val="22"/>
        </w:rPr>
        <w:t>Harmonogram</w:t>
      </w:r>
      <w:proofErr w:type="spellEnd"/>
      <w:r>
        <w:rPr>
          <w:b/>
          <w:color w:val="1F4E79"/>
          <w:sz w:val="22"/>
        </w:rPr>
        <w:t xml:space="preserve"> 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1701"/>
        <w:gridCol w:w="2381"/>
        <w:gridCol w:w="7087"/>
        <w:gridCol w:w="2268"/>
      </w:tblGrid>
      <w:tr w:rsidR="000114CA" w14:paraId="738168D4" w14:textId="77777777">
        <w:trPr>
          <w:tblHeader/>
          <w:jc w:val="center"/>
        </w:trPr>
        <w:tc>
          <w:tcPr>
            <w:tcW w:w="567" w:type="dxa"/>
            <w:shd w:val="clear" w:color="auto" w:fill="1F4E79"/>
            <w:vAlign w:val="center"/>
          </w:tcPr>
          <w:p w14:paraId="63DE2811" w14:textId="77777777" w:rsidR="000114CA" w:rsidRDefault="00000000">
            <w:pPr>
              <w:jc w:val="center"/>
            </w:pPr>
            <w:r>
              <w:rPr>
                <w:b/>
                <w:color w:val="FFFFFF"/>
                <w:sz w:val="17"/>
              </w:rPr>
              <w:t>Lp.</w:t>
            </w:r>
          </w:p>
        </w:tc>
        <w:tc>
          <w:tcPr>
            <w:tcW w:w="1701" w:type="dxa"/>
            <w:shd w:val="clear" w:color="auto" w:fill="1F4E79"/>
            <w:vAlign w:val="center"/>
          </w:tcPr>
          <w:p w14:paraId="5CB3F13C" w14:textId="77777777" w:rsidR="000114CA" w:rsidRDefault="00000000">
            <w:pPr>
              <w:jc w:val="center"/>
            </w:pPr>
            <w:r>
              <w:rPr>
                <w:b/>
                <w:color w:val="FFFFFF"/>
                <w:sz w:val="17"/>
              </w:rPr>
              <w:t>Termin</w:t>
            </w:r>
          </w:p>
        </w:tc>
        <w:tc>
          <w:tcPr>
            <w:tcW w:w="2381" w:type="dxa"/>
            <w:shd w:val="clear" w:color="auto" w:fill="1F4E79"/>
            <w:vAlign w:val="center"/>
          </w:tcPr>
          <w:p w14:paraId="7E3A7B8F" w14:textId="77777777" w:rsidR="000114CA" w:rsidRDefault="00000000">
            <w:pPr>
              <w:jc w:val="center"/>
            </w:pPr>
            <w:r>
              <w:rPr>
                <w:b/>
                <w:color w:val="FFFFFF"/>
                <w:sz w:val="17"/>
              </w:rPr>
              <w:t>Forma współpracy</w:t>
            </w:r>
          </w:p>
        </w:tc>
        <w:tc>
          <w:tcPr>
            <w:tcW w:w="7087" w:type="dxa"/>
            <w:shd w:val="clear" w:color="auto" w:fill="1F4E79"/>
            <w:vAlign w:val="center"/>
          </w:tcPr>
          <w:p w14:paraId="24A32B51" w14:textId="77777777" w:rsidR="000114CA" w:rsidRDefault="00000000">
            <w:pPr>
              <w:jc w:val="center"/>
            </w:pPr>
            <w:r>
              <w:rPr>
                <w:b/>
                <w:color w:val="FFFFFF"/>
                <w:sz w:val="17"/>
              </w:rPr>
              <w:t>Tematyka / zakres działań</w:t>
            </w:r>
          </w:p>
        </w:tc>
        <w:tc>
          <w:tcPr>
            <w:tcW w:w="2268" w:type="dxa"/>
            <w:shd w:val="clear" w:color="auto" w:fill="1F4E79"/>
            <w:vAlign w:val="center"/>
          </w:tcPr>
          <w:p w14:paraId="22C17A66" w14:textId="77777777" w:rsidR="000114CA" w:rsidRDefault="00000000">
            <w:pPr>
              <w:jc w:val="center"/>
            </w:pPr>
            <w:r>
              <w:rPr>
                <w:b/>
                <w:color w:val="FFFFFF"/>
                <w:sz w:val="17"/>
              </w:rPr>
              <w:t>Odpowiedzialni</w:t>
            </w:r>
          </w:p>
        </w:tc>
      </w:tr>
      <w:tr w:rsidR="000114CA" w:rsidRPr="00DF4A3F" w14:paraId="77FE811B" w14:textId="77777777">
        <w:trPr>
          <w:jc w:val="center"/>
        </w:trPr>
        <w:tc>
          <w:tcPr>
            <w:tcW w:w="567" w:type="dxa"/>
            <w:vAlign w:val="center"/>
          </w:tcPr>
          <w:p w14:paraId="469F7BAF" w14:textId="77777777" w:rsidR="000114CA" w:rsidRDefault="00000000">
            <w:pPr>
              <w:jc w:val="center"/>
            </w:pPr>
            <w:r>
              <w:rPr>
                <w:sz w:val="16"/>
              </w:rPr>
              <w:t>1</w:t>
            </w:r>
          </w:p>
        </w:tc>
        <w:tc>
          <w:tcPr>
            <w:tcW w:w="1701" w:type="dxa"/>
            <w:vAlign w:val="center"/>
          </w:tcPr>
          <w:p w14:paraId="6F58CD5A" w14:textId="5922D755" w:rsidR="000114CA" w:rsidRDefault="00DF4A3F">
            <w:pPr>
              <w:jc w:val="center"/>
            </w:pPr>
            <w:r>
              <w:rPr>
                <w:sz w:val="16"/>
              </w:rPr>
              <w:t>7.09.</w:t>
            </w:r>
            <w:r w:rsidR="00000000">
              <w:rPr>
                <w:sz w:val="16"/>
              </w:rPr>
              <w:t>2026</w:t>
            </w:r>
            <w:r>
              <w:rPr>
                <w:sz w:val="16"/>
              </w:rPr>
              <w:t xml:space="preserve"> r.</w:t>
            </w:r>
          </w:p>
        </w:tc>
        <w:tc>
          <w:tcPr>
            <w:tcW w:w="2381" w:type="dxa"/>
            <w:vAlign w:val="center"/>
          </w:tcPr>
          <w:p w14:paraId="3CCADB4C" w14:textId="155D2FE0" w:rsidR="000114CA" w:rsidRPr="00DF4A3F" w:rsidRDefault="00000000">
            <w:pPr>
              <w:rPr>
                <w:lang w:val="pl-PL"/>
              </w:rPr>
            </w:pPr>
            <w:r w:rsidRPr="00DF4A3F">
              <w:rPr>
                <w:sz w:val="16"/>
                <w:lang w:val="pl-PL"/>
              </w:rPr>
              <w:t>Zebranie ogólne</w:t>
            </w:r>
            <w:r w:rsidR="00DF4A3F">
              <w:rPr>
                <w:sz w:val="16"/>
                <w:lang w:val="pl-PL"/>
              </w:rPr>
              <w:t>.</w:t>
            </w:r>
          </w:p>
        </w:tc>
        <w:tc>
          <w:tcPr>
            <w:tcW w:w="7087" w:type="dxa"/>
            <w:vAlign w:val="center"/>
          </w:tcPr>
          <w:p w14:paraId="4D4BD823" w14:textId="5E8B68FB" w:rsidR="000114CA" w:rsidRPr="00DF4A3F" w:rsidRDefault="00000000">
            <w:pPr>
              <w:rPr>
                <w:lang w:val="pl-PL"/>
              </w:rPr>
            </w:pPr>
            <w:r w:rsidRPr="00DF4A3F">
              <w:rPr>
                <w:sz w:val="16"/>
                <w:lang w:val="pl-PL"/>
              </w:rPr>
              <w:t xml:space="preserve">Organizacja roku szkolnego, plan lekcji, zasady bezpieczeństwa, Standardy Ochrony Małoletnich, zasady komunikacji </w:t>
            </w:r>
            <w:r w:rsidR="00DF4A3F">
              <w:rPr>
                <w:sz w:val="16"/>
                <w:lang w:val="pl-PL"/>
              </w:rPr>
              <w:t>.</w:t>
            </w:r>
          </w:p>
        </w:tc>
        <w:tc>
          <w:tcPr>
            <w:tcW w:w="2268" w:type="dxa"/>
            <w:vAlign w:val="center"/>
          </w:tcPr>
          <w:p w14:paraId="71AF9546" w14:textId="65B4FE7D" w:rsidR="000114CA" w:rsidRPr="00DF4A3F" w:rsidRDefault="00DF4A3F">
            <w:pPr>
              <w:jc w:val="center"/>
              <w:rPr>
                <w:lang w:val="pl-PL"/>
              </w:rPr>
            </w:pPr>
            <w:r>
              <w:rPr>
                <w:sz w:val="16"/>
                <w:lang w:val="pl-PL"/>
              </w:rPr>
              <w:t xml:space="preserve">Dyrektor szkoły. </w:t>
            </w:r>
          </w:p>
        </w:tc>
      </w:tr>
      <w:tr w:rsidR="000114CA" w14:paraId="2B21D3B1" w14:textId="77777777">
        <w:trPr>
          <w:jc w:val="center"/>
        </w:trPr>
        <w:tc>
          <w:tcPr>
            <w:tcW w:w="567" w:type="dxa"/>
            <w:shd w:val="clear" w:color="auto" w:fill="D9EAF7"/>
            <w:vAlign w:val="center"/>
          </w:tcPr>
          <w:p w14:paraId="79ABF18D" w14:textId="77777777" w:rsidR="000114CA" w:rsidRDefault="00000000">
            <w:pPr>
              <w:jc w:val="center"/>
            </w:pPr>
            <w:r>
              <w:rPr>
                <w:sz w:val="16"/>
              </w:rPr>
              <w:t>2</w:t>
            </w:r>
          </w:p>
        </w:tc>
        <w:tc>
          <w:tcPr>
            <w:tcW w:w="1701" w:type="dxa"/>
            <w:shd w:val="clear" w:color="auto" w:fill="D9EAF7"/>
            <w:vAlign w:val="center"/>
          </w:tcPr>
          <w:p w14:paraId="545E9B18" w14:textId="723995EA" w:rsidR="000114CA" w:rsidRDefault="00DF4A3F">
            <w:pPr>
              <w:jc w:val="center"/>
            </w:pPr>
            <w:r>
              <w:rPr>
                <w:sz w:val="16"/>
              </w:rPr>
              <w:t>7.12.</w:t>
            </w:r>
            <w:r w:rsidR="00000000">
              <w:rPr>
                <w:sz w:val="16"/>
              </w:rPr>
              <w:t>2026</w:t>
            </w:r>
            <w:r>
              <w:rPr>
                <w:sz w:val="16"/>
              </w:rPr>
              <w:t xml:space="preserve"> r.</w:t>
            </w:r>
          </w:p>
        </w:tc>
        <w:tc>
          <w:tcPr>
            <w:tcW w:w="2381" w:type="dxa"/>
            <w:shd w:val="clear" w:color="auto" w:fill="D9EAF7"/>
            <w:vAlign w:val="center"/>
          </w:tcPr>
          <w:p w14:paraId="4C70BEB6" w14:textId="1F42C31B" w:rsidR="000114CA" w:rsidRDefault="00000000">
            <w:proofErr w:type="spellStart"/>
            <w:r>
              <w:rPr>
                <w:sz w:val="16"/>
              </w:rPr>
              <w:t>Konsultacje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indywidualne</w:t>
            </w:r>
            <w:proofErr w:type="spellEnd"/>
            <w:r w:rsidR="00DF4A3F">
              <w:rPr>
                <w:sz w:val="16"/>
              </w:rPr>
              <w:t>.</w:t>
            </w:r>
          </w:p>
        </w:tc>
        <w:tc>
          <w:tcPr>
            <w:tcW w:w="7087" w:type="dxa"/>
            <w:shd w:val="clear" w:color="auto" w:fill="D9EAF7"/>
            <w:vAlign w:val="center"/>
          </w:tcPr>
          <w:p w14:paraId="1C51218A" w14:textId="07CEA5B8" w:rsidR="000114CA" w:rsidRPr="00DF4A3F" w:rsidRDefault="00000000">
            <w:pPr>
              <w:rPr>
                <w:lang w:val="pl-PL"/>
              </w:rPr>
            </w:pPr>
            <w:r w:rsidRPr="00DF4A3F">
              <w:rPr>
                <w:sz w:val="16"/>
                <w:lang w:val="pl-PL"/>
              </w:rPr>
              <w:t>Adaptacja uczniów, rozpoznanie potrzeb edukacyjnych i językowych oraz  informacje o funkcjonowaniu uczniów</w:t>
            </w:r>
          </w:p>
        </w:tc>
        <w:tc>
          <w:tcPr>
            <w:tcW w:w="2268" w:type="dxa"/>
            <w:shd w:val="clear" w:color="auto" w:fill="D9EAF7"/>
            <w:vAlign w:val="center"/>
          </w:tcPr>
          <w:p w14:paraId="6F80614E" w14:textId="70912082" w:rsidR="000114CA" w:rsidRDefault="00DF4A3F">
            <w:pPr>
              <w:jc w:val="center"/>
            </w:pPr>
            <w:proofErr w:type="spellStart"/>
            <w:r>
              <w:rPr>
                <w:sz w:val="16"/>
              </w:rPr>
              <w:t>Opiekunowie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klas</w:t>
            </w:r>
            <w:proofErr w:type="spellEnd"/>
            <w:r>
              <w:rPr>
                <w:sz w:val="16"/>
              </w:rPr>
              <w:t>.</w:t>
            </w:r>
          </w:p>
        </w:tc>
      </w:tr>
      <w:tr w:rsidR="000114CA" w:rsidRPr="00DF4A3F" w14:paraId="021EB9BA" w14:textId="77777777">
        <w:trPr>
          <w:jc w:val="center"/>
        </w:trPr>
        <w:tc>
          <w:tcPr>
            <w:tcW w:w="567" w:type="dxa"/>
            <w:shd w:val="clear" w:color="auto" w:fill="D9EAF7"/>
            <w:vAlign w:val="center"/>
          </w:tcPr>
          <w:p w14:paraId="09129570" w14:textId="77777777" w:rsidR="000114CA" w:rsidRDefault="00000000">
            <w:pPr>
              <w:jc w:val="center"/>
            </w:pPr>
            <w:r>
              <w:rPr>
                <w:sz w:val="16"/>
              </w:rPr>
              <w:t>4</w:t>
            </w:r>
          </w:p>
        </w:tc>
        <w:tc>
          <w:tcPr>
            <w:tcW w:w="1701" w:type="dxa"/>
            <w:shd w:val="clear" w:color="auto" w:fill="D9EAF7"/>
            <w:vAlign w:val="center"/>
          </w:tcPr>
          <w:p w14:paraId="28FBABB3" w14:textId="5094CC57" w:rsidR="000114CA" w:rsidRPr="00DF4A3F" w:rsidRDefault="00DF4A3F">
            <w:pPr>
              <w:jc w:val="center"/>
              <w:rPr>
                <w:sz w:val="16"/>
                <w:szCs w:val="16"/>
              </w:rPr>
            </w:pPr>
            <w:r w:rsidRPr="00DF4A3F">
              <w:rPr>
                <w:sz w:val="16"/>
                <w:szCs w:val="16"/>
              </w:rPr>
              <w:t>18.01.2026 r.</w:t>
            </w:r>
          </w:p>
        </w:tc>
        <w:tc>
          <w:tcPr>
            <w:tcW w:w="2381" w:type="dxa"/>
            <w:shd w:val="clear" w:color="auto" w:fill="D9EAF7"/>
            <w:vAlign w:val="center"/>
          </w:tcPr>
          <w:p w14:paraId="59F6CCD7" w14:textId="7770037D" w:rsidR="000114CA" w:rsidRDefault="00000000">
            <w:proofErr w:type="spellStart"/>
            <w:r>
              <w:rPr>
                <w:sz w:val="16"/>
              </w:rPr>
              <w:t>Zebrania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podsumowujące</w:t>
            </w:r>
            <w:proofErr w:type="spellEnd"/>
            <w:r>
              <w:rPr>
                <w:sz w:val="16"/>
              </w:rPr>
              <w:t xml:space="preserve"> I </w:t>
            </w:r>
            <w:proofErr w:type="spellStart"/>
            <w:r>
              <w:rPr>
                <w:sz w:val="16"/>
              </w:rPr>
              <w:t>półrocze</w:t>
            </w:r>
            <w:proofErr w:type="spellEnd"/>
            <w:r w:rsidR="00DF4A3F">
              <w:rPr>
                <w:sz w:val="16"/>
              </w:rPr>
              <w:t>.</w:t>
            </w:r>
          </w:p>
        </w:tc>
        <w:tc>
          <w:tcPr>
            <w:tcW w:w="7087" w:type="dxa"/>
            <w:shd w:val="clear" w:color="auto" w:fill="D9EAF7"/>
            <w:vAlign w:val="center"/>
          </w:tcPr>
          <w:p w14:paraId="6C1D33A3" w14:textId="77777777" w:rsidR="000114CA" w:rsidRPr="00DF4A3F" w:rsidRDefault="00000000">
            <w:pPr>
              <w:rPr>
                <w:lang w:val="pl-PL"/>
              </w:rPr>
            </w:pPr>
            <w:r w:rsidRPr="00DF4A3F">
              <w:rPr>
                <w:sz w:val="16"/>
                <w:lang w:val="pl-PL"/>
              </w:rPr>
              <w:t>Omówienie osiągnięć i trudności uczniów, frekwencji oraz ustalenie wniosków do dalszej pracy</w:t>
            </w:r>
          </w:p>
        </w:tc>
        <w:tc>
          <w:tcPr>
            <w:tcW w:w="2268" w:type="dxa"/>
            <w:shd w:val="clear" w:color="auto" w:fill="D9EAF7"/>
            <w:vAlign w:val="center"/>
          </w:tcPr>
          <w:p w14:paraId="3752E4C2" w14:textId="46C86B08" w:rsidR="000114CA" w:rsidRPr="00DF4A3F" w:rsidRDefault="00DF4A3F">
            <w:pPr>
              <w:jc w:val="center"/>
              <w:rPr>
                <w:lang w:val="pl-PL"/>
              </w:rPr>
            </w:pPr>
            <w:r>
              <w:rPr>
                <w:sz w:val="16"/>
                <w:lang w:val="pl-PL"/>
              </w:rPr>
              <w:t>Opiekunowie klas</w:t>
            </w:r>
          </w:p>
        </w:tc>
      </w:tr>
      <w:tr w:rsidR="000114CA" w14:paraId="788CC0CF" w14:textId="77777777">
        <w:trPr>
          <w:jc w:val="center"/>
        </w:trPr>
        <w:tc>
          <w:tcPr>
            <w:tcW w:w="567" w:type="dxa"/>
            <w:vAlign w:val="center"/>
          </w:tcPr>
          <w:p w14:paraId="6FC7C07A" w14:textId="77777777" w:rsidR="000114CA" w:rsidRDefault="00000000">
            <w:pPr>
              <w:jc w:val="center"/>
            </w:pPr>
            <w:r>
              <w:rPr>
                <w:sz w:val="16"/>
              </w:rPr>
              <w:t>5</w:t>
            </w:r>
          </w:p>
        </w:tc>
        <w:tc>
          <w:tcPr>
            <w:tcW w:w="1701" w:type="dxa"/>
            <w:vAlign w:val="center"/>
          </w:tcPr>
          <w:p w14:paraId="5D2FF318" w14:textId="24AB4A4B" w:rsidR="000114CA" w:rsidRDefault="00DD0E31">
            <w:pPr>
              <w:jc w:val="center"/>
            </w:pPr>
            <w:r>
              <w:rPr>
                <w:sz w:val="16"/>
              </w:rPr>
              <w:t>29.03.</w:t>
            </w:r>
            <w:r w:rsidR="00000000">
              <w:rPr>
                <w:sz w:val="16"/>
              </w:rPr>
              <w:t>2027</w:t>
            </w:r>
            <w:r>
              <w:rPr>
                <w:sz w:val="16"/>
              </w:rPr>
              <w:t xml:space="preserve"> r.</w:t>
            </w:r>
          </w:p>
        </w:tc>
        <w:tc>
          <w:tcPr>
            <w:tcW w:w="2381" w:type="dxa"/>
            <w:vAlign w:val="center"/>
          </w:tcPr>
          <w:p w14:paraId="138DCA58" w14:textId="77777777" w:rsidR="000114CA" w:rsidRDefault="00000000">
            <w:r>
              <w:rPr>
                <w:sz w:val="16"/>
              </w:rPr>
              <w:t>Konsultacje indywidualne</w:t>
            </w:r>
          </w:p>
        </w:tc>
        <w:tc>
          <w:tcPr>
            <w:tcW w:w="7087" w:type="dxa"/>
            <w:vAlign w:val="center"/>
          </w:tcPr>
          <w:p w14:paraId="419857A7" w14:textId="296753DA" w:rsidR="000114CA" w:rsidRPr="00DF4A3F" w:rsidRDefault="00000000">
            <w:pPr>
              <w:rPr>
                <w:lang w:val="pl-PL"/>
              </w:rPr>
            </w:pPr>
            <w:r w:rsidRPr="00DF4A3F">
              <w:rPr>
                <w:sz w:val="16"/>
                <w:lang w:val="pl-PL"/>
              </w:rPr>
              <w:t>Informacja o bieżących postępach, trudnościach i uzdolnieniach uczniów; ustalenie dalszych form wsparcia</w:t>
            </w:r>
            <w:r w:rsidR="00DD0E31">
              <w:rPr>
                <w:sz w:val="16"/>
                <w:lang w:val="pl-PL"/>
              </w:rPr>
              <w:t>.</w:t>
            </w:r>
          </w:p>
        </w:tc>
        <w:tc>
          <w:tcPr>
            <w:tcW w:w="2268" w:type="dxa"/>
            <w:vAlign w:val="center"/>
          </w:tcPr>
          <w:p w14:paraId="0C6778AA" w14:textId="36AF36A0" w:rsidR="000114CA" w:rsidRDefault="00DD0E31">
            <w:pPr>
              <w:jc w:val="center"/>
            </w:pPr>
            <w:r>
              <w:rPr>
                <w:sz w:val="16"/>
                <w:lang w:val="pl-PL"/>
              </w:rPr>
              <w:t>Opiekunowie klas</w:t>
            </w:r>
            <w:r>
              <w:rPr>
                <w:sz w:val="16"/>
                <w:lang w:val="pl-PL"/>
              </w:rPr>
              <w:t>.</w:t>
            </w:r>
          </w:p>
        </w:tc>
      </w:tr>
      <w:tr w:rsidR="000114CA" w:rsidRPr="00DF4A3F" w14:paraId="42D7995C" w14:textId="77777777">
        <w:trPr>
          <w:jc w:val="center"/>
        </w:trPr>
        <w:tc>
          <w:tcPr>
            <w:tcW w:w="567" w:type="dxa"/>
            <w:shd w:val="clear" w:color="auto" w:fill="D9EAF7"/>
            <w:vAlign w:val="center"/>
          </w:tcPr>
          <w:p w14:paraId="4ACDC819" w14:textId="77777777" w:rsidR="000114CA" w:rsidRDefault="00000000">
            <w:pPr>
              <w:jc w:val="center"/>
            </w:pPr>
            <w:r>
              <w:rPr>
                <w:sz w:val="16"/>
              </w:rPr>
              <w:t>6</w:t>
            </w:r>
          </w:p>
        </w:tc>
        <w:tc>
          <w:tcPr>
            <w:tcW w:w="1701" w:type="dxa"/>
            <w:shd w:val="clear" w:color="auto" w:fill="D9EAF7"/>
            <w:vAlign w:val="center"/>
          </w:tcPr>
          <w:p w14:paraId="53824D82" w14:textId="04A8A347" w:rsidR="000114CA" w:rsidRDefault="00DD0E31">
            <w:pPr>
              <w:jc w:val="center"/>
            </w:pPr>
            <w:r>
              <w:rPr>
                <w:sz w:val="16"/>
              </w:rPr>
              <w:t>17.05.</w:t>
            </w:r>
            <w:r w:rsidR="00000000">
              <w:rPr>
                <w:sz w:val="16"/>
              </w:rPr>
              <w:t>2027</w:t>
            </w:r>
            <w:r>
              <w:rPr>
                <w:sz w:val="16"/>
              </w:rPr>
              <w:t xml:space="preserve"> r.</w:t>
            </w:r>
          </w:p>
        </w:tc>
        <w:tc>
          <w:tcPr>
            <w:tcW w:w="2381" w:type="dxa"/>
            <w:shd w:val="clear" w:color="auto" w:fill="D9EAF7"/>
            <w:vAlign w:val="center"/>
          </w:tcPr>
          <w:p w14:paraId="48E459AE" w14:textId="77777777" w:rsidR="000114CA" w:rsidRDefault="00000000">
            <w:r>
              <w:rPr>
                <w:sz w:val="16"/>
              </w:rPr>
              <w:t>Wywiadówki klasowe</w:t>
            </w:r>
          </w:p>
        </w:tc>
        <w:tc>
          <w:tcPr>
            <w:tcW w:w="7087" w:type="dxa"/>
            <w:shd w:val="clear" w:color="auto" w:fill="D9EAF7"/>
            <w:vAlign w:val="center"/>
          </w:tcPr>
          <w:p w14:paraId="7B513FCC" w14:textId="1FF1B83E" w:rsidR="000114CA" w:rsidRPr="00DF4A3F" w:rsidRDefault="00000000">
            <w:pPr>
              <w:rPr>
                <w:lang w:val="pl-PL"/>
              </w:rPr>
            </w:pPr>
            <w:r w:rsidRPr="00DF4A3F">
              <w:rPr>
                <w:sz w:val="16"/>
                <w:lang w:val="pl-PL"/>
              </w:rPr>
              <w:t xml:space="preserve">Podsumowanie dotychczasowej pracy, informacja o przewidywanych </w:t>
            </w:r>
            <w:r w:rsidR="00DD0E31">
              <w:rPr>
                <w:sz w:val="16"/>
                <w:lang w:val="pl-PL"/>
              </w:rPr>
              <w:t xml:space="preserve">ocenach, </w:t>
            </w:r>
            <w:r w:rsidRPr="00DF4A3F">
              <w:rPr>
                <w:sz w:val="16"/>
                <w:lang w:val="pl-PL"/>
              </w:rPr>
              <w:t xml:space="preserve"> </w:t>
            </w:r>
            <w:r w:rsidR="00DD0E31" w:rsidRPr="00DF4A3F">
              <w:rPr>
                <w:sz w:val="16"/>
                <w:lang w:val="pl-PL"/>
              </w:rPr>
              <w:t>zebranie wniosków na kolejny rok szkolny</w:t>
            </w:r>
            <w:r w:rsidR="00DD0E31" w:rsidRPr="00DF4A3F">
              <w:rPr>
                <w:sz w:val="16"/>
                <w:lang w:val="pl-PL"/>
              </w:rPr>
              <w:t xml:space="preserve"> </w:t>
            </w:r>
            <w:r w:rsidRPr="00DF4A3F">
              <w:rPr>
                <w:sz w:val="16"/>
                <w:lang w:val="pl-PL"/>
              </w:rPr>
              <w:t xml:space="preserve">oraz przygotowanie wydarzeń </w:t>
            </w:r>
            <w:proofErr w:type="spellStart"/>
            <w:r w:rsidRPr="00DF4A3F">
              <w:rPr>
                <w:sz w:val="16"/>
                <w:lang w:val="pl-PL"/>
              </w:rPr>
              <w:t>końcoworocznych</w:t>
            </w:r>
            <w:proofErr w:type="spellEnd"/>
          </w:p>
        </w:tc>
        <w:tc>
          <w:tcPr>
            <w:tcW w:w="2268" w:type="dxa"/>
            <w:shd w:val="clear" w:color="auto" w:fill="D9EAF7"/>
            <w:vAlign w:val="center"/>
          </w:tcPr>
          <w:p w14:paraId="77098245" w14:textId="126C674F" w:rsidR="000114CA" w:rsidRPr="00DF4A3F" w:rsidRDefault="00DD0E31">
            <w:pPr>
              <w:jc w:val="center"/>
              <w:rPr>
                <w:lang w:val="pl-PL"/>
              </w:rPr>
            </w:pPr>
            <w:r>
              <w:rPr>
                <w:sz w:val="16"/>
                <w:lang w:val="pl-PL"/>
              </w:rPr>
              <w:t>Opiekunowie klas.</w:t>
            </w:r>
          </w:p>
        </w:tc>
      </w:tr>
      <w:tr w:rsidR="000114CA" w:rsidRPr="00DF4A3F" w14:paraId="14116F20" w14:textId="77777777">
        <w:trPr>
          <w:jc w:val="center"/>
        </w:trPr>
        <w:tc>
          <w:tcPr>
            <w:tcW w:w="567" w:type="dxa"/>
            <w:shd w:val="clear" w:color="auto" w:fill="D9EAF7"/>
            <w:vAlign w:val="center"/>
          </w:tcPr>
          <w:p w14:paraId="30A5248E" w14:textId="77777777" w:rsidR="000114CA" w:rsidRDefault="00000000">
            <w:pPr>
              <w:jc w:val="center"/>
            </w:pPr>
            <w:r>
              <w:rPr>
                <w:sz w:val="16"/>
              </w:rPr>
              <w:t>8</w:t>
            </w:r>
          </w:p>
        </w:tc>
        <w:tc>
          <w:tcPr>
            <w:tcW w:w="1701" w:type="dxa"/>
            <w:shd w:val="clear" w:color="auto" w:fill="D9EAF7"/>
            <w:vAlign w:val="center"/>
          </w:tcPr>
          <w:p w14:paraId="4A78205F" w14:textId="77777777" w:rsidR="000114CA" w:rsidRDefault="00000000">
            <w:pPr>
              <w:jc w:val="center"/>
            </w:pPr>
            <w:r>
              <w:rPr>
                <w:sz w:val="16"/>
              </w:rPr>
              <w:t>Cały rok szkolny</w:t>
            </w:r>
          </w:p>
        </w:tc>
        <w:tc>
          <w:tcPr>
            <w:tcW w:w="2381" w:type="dxa"/>
            <w:shd w:val="clear" w:color="auto" w:fill="D9EAF7"/>
            <w:vAlign w:val="center"/>
          </w:tcPr>
          <w:p w14:paraId="7D7EC39C" w14:textId="15143F82" w:rsidR="000114CA" w:rsidRDefault="00000000">
            <w:proofErr w:type="spellStart"/>
            <w:r>
              <w:rPr>
                <w:sz w:val="16"/>
              </w:rPr>
              <w:t>Konsultacje</w:t>
            </w:r>
            <w:proofErr w:type="spellEnd"/>
            <w:r>
              <w:rPr>
                <w:sz w:val="16"/>
              </w:rPr>
              <w:t xml:space="preserve"> po </w:t>
            </w:r>
            <w:proofErr w:type="spellStart"/>
            <w:r>
              <w:rPr>
                <w:sz w:val="16"/>
              </w:rPr>
              <w:t>wcześniejszym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uzgodnieniu</w:t>
            </w:r>
            <w:proofErr w:type="spellEnd"/>
            <w:r w:rsidR="00DD0E31">
              <w:rPr>
                <w:sz w:val="16"/>
              </w:rPr>
              <w:t>.</w:t>
            </w:r>
          </w:p>
        </w:tc>
        <w:tc>
          <w:tcPr>
            <w:tcW w:w="7087" w:type="dxa"/>
            <w:shd w:val="clear" w:color="auto" w:fill="D9EAF7"/>
            <w:vAlign w:val="center"/>
          </w:tcPr>
          <w:p w14:paraId="0323357B" w14:textId="6F3619B1" w:rsidR="000114CA" w:rsidRPr="00DF4A3F" w:rsidRDefault="00000000">
            <w:pPr>
              <w:rPr>
                <w:lang w:val="pl-PL"/>
              </w:rPr>
            </w:pPr>
            <w:r w:rsidRPr="00DF4A3F">
              <w:rPr>
                <w:sz w:val="16"/>
                <w:lang w:val="pl-PL"/>
              </w:rPr>
              <w:t>Indywidualne sprawy dydaktyczne, wychowawcze, opiekuńcze i organizacyjne</w:t>
            </w:r>
            <w:r w:rsidR="00DD0E31">
              <w:rPr>
                <w:sz w:val="16"/>
                <w:lang w:val="pl-PL"/>
              </w:rPr>
              <w:t>.</w:t>
            </w:r>
          </w:p>
        </w:tc>
        <w:tc>
          <w:tcPr>
            <w:tcW w:w="2268" w:type="dxa"/>
            <w:shd w:val="clear" w:color="auto" w:fill="D9EAF7"/>
            <w:vAlign w:val="center"/>
          </w:tcPr>
          <w:p w14:paraId="78C76242" w14:textId="3951E03C" w:rsidR="000114CA" w:rsidRPr="00DF4A3F" w:rsidRDefault="00DD0E31">
            <w:pPr>
              <w:jc w:val="center"/>
              <w:rPr>
                <w:lang w:val="pl-PL"/>
              </w:rPr>
            </w:pPr>
            <w:r>
              <w:rPr>
                <w:sz w:val="16"/>
                <w:lang w:val="pl-PL"/>
              </w:rPr>
              <w:t>Dyrektor, o</w:t>
            </w:r>
            <w:r>
              <w:rPr>
                <w:sz w:val="16"/>
                <w:lang w:val="pl-PL"/>
              </w:rPr>
              <w:t>piekunowie klas.</w:t>
            </w:r>
          </w:p>
        </w:tc>
      </w:tr>
    </w:tbl>
    <w:p w14:paraId="7BE0CD74" w14:textId="77777777" w:rsidR="000114CA" w:rsidRPr="00DF4A3F" w:rsidRDefault="000114CA">
      <w:pPr>
        <w:rPr>
          <w:lang w:val="pl-PL"/>
        </w:rPr>
      </w:pPr>
    </w:p>
    <w:p w14:paraId="7A36C922" w14:textId="77777777" w:rsidR="000114CA" w:rsidRDefault="00000000">
      <w:proofErr w:type="spellStart"/>
      <w:r>
        <w:rPr>
          <w:b/>
          <w:color w:val="1F4E79"/>
          <w:sz w:val="22"/>
        </w:rPr>
        <w:t>Włączanie</w:t>
      </w:r>
      <w:proofErr w:type="spellEnd"/>
      <w:r>
        <w:rPr>
          <w:b/>
          <w:color w:val="1F4E79"/>
          <w:sz w:val="22"/>
        </w:rPr>
        <w:t xml:space="preserve"> </w:t>
      </w:r>
      <w:proofErr w:type="spellStart"/>
      <w:r>
        <w:rPr>
          <w:b/>
          <w:color w:val="1F4E79"/>
          <w:sz w:val="22"/>
        </w:rPr>
        <w:t>rodziców</w:t>
      </w:r>
      <w:proofErr w:type="spellEnd"/>
      <w:r>
        <w:rPr>
          <w:b/>
          <w:color w:val="1F4E79"/>
          <w:sz w:val="22"/>
        </w:rPr>
        <w:t xml:space="preserve"> w </w:t>
      </w:r>
      <w:proofErr w:type="spellStart"/>
      <w:r>
        <w:rPr>
          <w:b/>
          <w:color w:val="1F4E79"/>
          <w:sz w:val="22"/>
        </w:rPr>
        <w:t>życie</w:t>
      </w:r>
      <w:proofErr w:type="spellEnd"/>
      <w:r>
        <w:rPr>
          <w:b/>
          <w:color w:val="1F4E79"/>
          <w:sz w:val="22"/>
        </w:rPr>
        <w:t xml:space="preserve"> szkoły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2268"/>
        <w:gridCol w:w="6803"/>
      </w:tblGrid>
      <w:tr w:rsidR="00FF2420" w14:paraId="5099399B" w14:textId="77777777">
        <w:trPr>
          <w:tblHeader/>
          <w:jc w:val="center"/>
        </w:trPr>
        <w:tc>
          <w:tcPr>
            <w:tcW w:w="567" w:type="dxa"/>
            <w:shd w:val="clear" w:color="auto" w:fill="1F4E79"/>
            <w:vAlign w:val="center"/>
          </w:tcPr>
          <w:p w14:paraId="22CF1012" w14:textId="77777777" w:rsidR="00FF2420" w:rsidRDefault="00FF2420">
            <w:pPr>
              <w:jc w:val="center"/>
            </w:pPr>
            <w:proofErr w:type="spellStart"/>
            <w:r>
              <w:rPr>
                <w:b/>
                <w:color w:val="FFFFFF"/>
                <w:sz w:val="17"/>
              </w:rPr>
              <w:t>Lp</w:t>
            </w:r>
            <w:proofErr w:type="spellEnd"/>
            <w:r>
              <w:rPr>
                <w:b/>
                <w:color w:val="FFFFFF"/>
                <w:sz w:val="17"/>
              </w:rPr>
              <w:t>.</w:t>
            </w:r>
          </w:p>
        </w:tc>
        <w:tc>
          <w:tcPr>
            <w:tcW w:w="2268" w:type="dxa"/>
            <w:shd w:val="clear" w:color="auto" w:fill="1F4E79"/>
            <w:vAlign w:val="center"/>
          </w:tcPr>
          <w:p w14:paraId="7CA8399C" w14:textId="77777777" w:rsidR="00FF2420" w:rsidRDefault="00FF2420">
            <w:pPr>
              <w:jc w:val="center"/>
            </w:pPr>
            <w:r>
              <w:rPr>
                <w:b/>
                <w:color w:val="FFFFFF"/>
                <w:sz w:val="17"/>
              </w:rPr>
              <w:t>Obszar współpracy</w:t>
            </w:r>
          </w:p>
        </w:tc>
        <w:tc>
          <w:tcPr>
            <w:tcW w:w="6803" w:type="dxa"/>
            <w:shd w:val="clear" w:color="auto" w:fill="1F4E79"/>
            <w:vAlign w:val="center"/>
          </w:tcPr>
          <w:p w14:paraId="5CB702EA" w14:textId="77777777" w:rsidR="00FF2420" w:rsidRDefault="00FF2420">
            <w:pPr>
              <w:jc w:val="center"/>
            </w:pPr>
            <w:r>
              <w:rPr>
                <w:b/>
                <w:color w:val="FFFFFF"/>
                <w:sz w:val="17"/>
              </w:rPr>
              <w:t>Planowane działania</w:t>
            </w:r>
          </w:p>
        </w:tc>
      </w:tr>
      <w:tr w:rsidR="00FF2420" w:rsidRPr="003128D9" w14:paraId="0AAD80F6" w14:textId="77777777">
        <w:trPr>
          <w:jc w:val="center"/>
        </w:trPr>
        <w:tc>
          <w:tcPr>
            <w:tcW w:w="567" w:type="dxa"/>
            <w:vAlign w:val="center"/>
          </w:tcPr>
          <w:p w14:paraId="2143D25E" w14:textId="77777777" w:rsidR="00FF2420" w:rsidRDefault="00FF2420">
            <w:pPr>
              <w:jc w:val="center"/>
            </w:pPr>
            <w:r>
              <w:rPr>
                <w:sz w:val="16"/>
              </w:rPr>
              <w:t>1</w:t>
            </w:r>
          </w:p>
        </w:tc>
        <w:tc>
          <w:tcPr>
            <w:tcW w:w="2268" w:type="dxa"/>
            <w:vAlign w:val="center"/>
          </w:tcPr>
          <w:p w14:paraId="41EA2F93" w14:textId="77777777" w:rsidR="00FF2420" w:rsidRDefault="00FF2420">
            <w:pPr>
              <w:jc w:val="center"/>
            </w:pPr>
            <w:r>
              <w:rPr>
                <w:sz w:val="16"/>
              </w:rPr>
              <w:t>Uroczystości szkolne</w:t>
            </w:r>
          </w:p>
        </w:tc>
        <w:tc>
          <w:tcPr>
            <w:tcW w:w="6803" w:type="dxa"/>
            <w:vAlign w:val="center"/>
          </w:tcPr>
          <w:p w14:paraId="502FE28F" w14:textId="65EDDE8D" w:rsidR="00FF2420" w:rsidRPr="00DF4A3F" w:rsidRDefault="00FF2420">
            <w:pPr>
              <w:rPr>
                <w:lang w:val="pl-PL"/>
              </w:rPr>
            </w:pPr>
            <w:r w:rsidRPr="00DF4A3F">
              <w:rPr>
                <w:sz w:val="16"/>
                <w:lang w:val="pl-PL"/>
              </w:rPr>
              <w:t>Pomoc w przygotowaniu rozpoczęcia i zakończenia roku, pasowania uczniów klas pierwszych, obchodów Święta Niepodległości oraz spotkania bożonarodzeniowego</w:t>
            </w:r>
            <w:r w:rsidR="003128D9">
              <w:rPr>
                <w:sz w:val="16"/>
                <w:lang w:val="pl-PL"/>
              </w:rPr>
              <w:t>.</w:t>
            </w:r>
          </w:p>
        </w:tc>
      </w:tr>
      <w:tr w:rsidR="00FF2420" w:rsidRPr="003128D9" w14:paraId="3B16E6C1" w14:textId="77777777">
        <w:trPr>
          <w:jc w:val="center"/>
        </w:trPr>
        <w:tc>
          <w:tcPr>
            <w:tcW w:w="567" w:type="dxa"/>
            <w:shd w:val="clear" w:color="auto" w:fill="D9EAF7"/>
            <w:vAlign w:val="center"/>
          </w:tcPr>
          <w:p w14:paraId="3D391C3C" w14:textId="77777777" w:rsidR="00FF2420" w:rsidRDefault="00FF2420">
            <w:pPr>
              <w:jc w:val="center"/>
            </w:pPr>
            <w:r>
              <w:rPr>
                <w:sz w:val="16"/>
              </w:rPr>
              <w:t>2</w:t>
            </w:r>
          </w:p>
        </w:tc>
        <w:tc>
          <w:tcPr>
            <w:tcW w:w="2268" w:type="dxa"/>
            <w:shd w:val="clear" w:color="auto" w:fill="D9EAF7"/>
            <w:vAlign w:val="center"/>
          </w:tcPr>
          <w:p w14:paraId="52FCEC7B" w14:textId="77777777" w:rsidR="00FF2420" w:rsidRDefault="00FF2420">
            <w:pPr>
              <w:jc w:val="center"/>
            </w:pPr>
            <w:r>
              <w:rPr>
                <w:sz w:val="16"/>
              </w:rPr>
              <w:t>Wydarzenia integracyjne</w:t>
            </w:r>
          </w:p>
        </w:tc>
        <w:tc>
          <w:tcPr>
            <w:tcW w:w="6803" w:type="dxa"/>
            <w:shd w:val="clear" w:color="auto" w:fill="D9EAF7"/>
            <w:vAlign w:val="center"/>
          </w:tcPr>
          <w:p w14:paraId="4C091DD9" w14:textId="7F046043" w:rsidR="00FF2420" w:rsidRPr="00DF4A3F" w:rsidRDefault="00FF2420">
            <w:pPr>
              <w:rPr>
                <w:lang w:val="pl-PL"/>
              </w:rPr>
            </w:pPr>
            <w:r w:rsidRPr="00DF4A3F">
              <w:rPr>
                <w:sz w:val="16"/>
                <w:lang w:val="pl-PL"/>
              </w:rPr>
              <w:t>Współorganizowanie Mikołajek, Dnia Dziecka oraz innych spotkań społeczności szkolnej</w:t>
            </w:r>
            <w:r w:rsidR="003128D9">
              <w:rPr>
                <w:sz w:val="16"/>
                <w:lang w:val="pl-PL"/>
              </w:rPr>
              <w:t>.</w:t>
            </w:r>
          </w:p>
        </w:tc>
      </w:tr>
      <w:tr w:rsidR="00FF2420" w:rsidRPr="00DF4A3F" w14:paraId="6DAB12CB" w14:textId="77777777">
        <w:trPr>
          <w:jc w:val="center"/>
        </w:trPr>
        <w:tc>
          <w:tcPr>
            <w:tcW w:w="567" w:type="dxa"/>
            <w:vAlign w:val="center"/>
          </w:tcPr>
          <w:p w14:paraId="789F44D0" w14:textId="77777777" w:rsidR="00FF2420" w:rsidRDefault="00FF2420">
            <w:pPr>
              <w:jc w:val="center"/>
            </w:pPr>
            <w:r>
              <w:rPr>
                <w:sz w:val="16"/>
              </w:rPr>
              <w:t>3</w:t>
            </w:r>
          </w:p>
        </w:tc>
        <w:tc>
          <w:tcPr>
            <w:tcW w:w="2268" w:type="dxa"/>
            <w:vAlign w:val="center"/>
          </w:tcPr>
          <w:p w14:paraId="111FE371" w14:textId="77777777" w:rsidR="00FF2420" w:rsidRDefault="00FF2420">
            <w:pPr>
              <w:jc w:val="center"/>
            </w:pPr>
            <w:r>
              <w:rPr>
                <w:sz w:val="16"/>
              </w:rPr>
              <w:t>Wsparcie dydaktyczne</w:t>
            </w:r>
          </w:p>
        </w:tc>
        <w:tc>
          <w:tcPr>
            <w:tcW w:w="6803" w:type="dxa"/>
            <w:vAlign w:val="center"/>
          </w:tcPr>
          <w:p w14:paraId="0F650D8B" w14:textId="77777777" w:rsidR="00FF2420" w:rsidRPr="00DF4A3F" w:rsidRDefault="00FF2420">
            <w:pPr>
              <w:rPr>
                <w:lang w:val="pl-PL"/>
              </w:rPr>
            </w:pPr>
            <w:r w:rsidRPr="00DF4A3F">
              <w:rPr>
                <w:sz w:val="16"/>
                <w:lang w:val="pl-PL"/>
              </w:rPr>
              <w:t>Rozwijanie języka polskiego w domu, wspólne czytanie polskich książek oraz wspieranie udziału uczniów w konkursach i projektach</w:t>
            </w:r>
          </w:p>
        </w:tc>
      </w:tr>
      <w:tr w:rsidR="00FF2420" w:rsidRPr="003128D9" w14:paraId="23F1FEE6" w14:textId="77777777">
        <w:trPr>
          <w:jc w:val="center"/>
        </w:trPr>
        <w:tc>
          <w:tcPr>
            <w:tcW w:w="567" w:type="dxa"/>
            <w:shd w:val="clear" w:color="auto" w:fill="D9EAF7"/>
            <w:vAlign w:val="center"/>
          </w:tcPr>
          <w:p w14:paraId="56FCDBDF" w14:textId="77777777" w:rsidR="00FF2420" w:rsidRDefault="00FF2420">
            <w:pPr>
              <w:jc w:val="center"/>
            </w:pPr>
            <w:r>
              <w:rPr>
                <w:sz w:val="16"/>
              </w:rPr>
              <w:t>4</w:t>
            </w:r>
          </w:p>
        </w:tc>
        <w:tc>
          <w:tcPr>
            <w:tcW w:w="2268" w:type="dxa"/>
            <w:shd w:val="clear" w:color="auto" w:fill="D9EAF7"/>
            <w:vAlign w:val="center"/>
          </w:tcPr>
          <w:p w14:paraId="3D8BEA08" w14:textId="77777777" w:rsidR="00FF2420" w:rsidRDefault="00FF2420">
            <w:pPr>
              <w:jc w:val="center"/>
            </w:pPr>
            <w:r>
              <w:rPr>
                <w:sz w:val="16"/>
              </w:rPr>
              <w:t>Organizacja wydarzeń</w:t>
            </w:r>
          </w:p>
        </w:tc>
        <w:tc>
          <w:tcPr>
            <w:tcW w:w="6803" w:type="dxa"/>
            <w:shd w:val="clear" w:color="auto" w:fill="D9EAF7"/>
            <w:vAlign w:val="center"/>
          </w:tcPr>
          <w:p w14:paraId="3B9DFD96" w14:textId="717FBCEF" w:rsidR="00FF2420" w:rsidRPr="00DF4A3F" w:rsidRDefault="00FF2420">
            <w:pPr>
              <w:rPr>
                <w:lang w:val="pl-PL"/>
              </w:rPr>
            </w:pPr>
            <w:r w:rsidRPr="00DF4A3F">
              <w:rPr>
                <w:sz w:val="16"/>
                <w:lang w:val="pl-PL"/>
              </w:rPr>
              <w:t>Pomoc w przygotowaniu dekoracji, poczęstunku, materiałów, nagród oraz sprawowaniu opieki organizacyjnej w uzgodnionym zakresie</w:t>
            </w:r>
            <w:r w:rsidR="003128D9">
              <w:rPr>
                <w:sz w:val="16"/>
                <w:lang w:val="pl-PL"/>
              </w:rPr>
              <w:t>.</w:t>
            </w:r>
          </w:p>
        </w:tc>
      </w:tr>
      <w:tr w:rsidR="00FF2420" w:rsidRPr="003128D9" w14:paraId="104A49FA" w14:textId="77777777">
        <w:trPr>
          <w:jc w:val="center"/>
        </w:trPr>
        <w:tc>
          <w:tcPr>
            <w:tcW w:w="567" w:type="dxa"/>
            <w:vAlign w:val="center"/>
          </w:tcPr>
          <w:p w14:paraId="15CC8A36" w14:textId="77777777" w:rsidR="00FF2420" w:rsidRDefault="00FF2420">
            <w:pPr>
              <w:jc w:val="center"/>
            </w:pPr>
            <w:r>
              <w:rPr>
                <w:sz w:val="16"/>
              </w:rPr>
              <w:t>5</w:t>
            </w:r>
          </w:p>
        </w:tc>
        <w:tc>
          <w:tcPr>
            <w:tcW w:w="2268" w:type="dxa"/>
            <w:vAlign w:val="center"/>
          </w:tcPr>
          <w:p w14:paraId="62DEE61F" w14:textId="77777777" w:rsidR="00FF2420" w:rsidRDefault="00FF2420">
            <w:pPr>
              <w:jc w:val="center"/>
            </w:pPr>
            <w:r>
              <w:rPr>
                <w:sz w:val="16"/>
              </w:rPr>
              <w:t>Promocja szkoły</w:t>
            </w:r>
          </w:p>
        </w:tc>
        <w:tc>
          <w:tcPr>
            <w:tcW w:w="6803" w:type="dxa"/>
            <w:vAlign w:val="center"/>
          </w:tcPr>
          <w:p w14:paraId="1C2F2F6C" w14:textId="4C800460" w:rsidR="00FF2420" w:rsidRPr="00DF4A3F" w:rsidRDefault="00FF2420">
            <w:pPr>
              <w:rPr>
                <w:lang w:val="pl-PL"/>
              </w:rPr>
            </w:pPr>
            <w:r w:rsidRPr="00DF4A3F">
              <w:rPr>
                <w:sz w:val="16"/>
                <w:lang w:val="pl-PL"/>
              </w:rPr>
              <w:t>Udostępnianie oficjalnych informacji o działalności szkoły w środowisku polonijnym oraz wspieranie rekrutacji</w:t>
            </w:r>
            <w:r w:rsidR="003128D9">
              <w:rPr>
                <w:sz w:val="16"/>
                <w:lang w:val="pl-PL"/>
              </w:rPr>
              <w:t>.</w:t>
            </w:r>
          </w:p>
        </w:tc>
      </w:tr>
      <w:tr w:rsidR="00FF2420" w14:paraId="35B8FC1C" w14:textId="77777777">
        <w:trPr>
          <w:jc w:val="center"/>
        </w:trPr>
        <w:tc>
          <w:tcPr>
            <w:tcW w:w="567" w:type="dxa"/>
            <w:shd w:val="clear" w:color="auto" w:fill="D9EAF7"/>
            <w:vAlign w:val="center"/>
          </w:tcPr>
          <w:p w14:paraId="0D04C5EE" w14:textId="77777777" w:rsidR="00FF2420" w:rsidRDefault="00FF2420">
            <w:pPr>
              <w:jc w:val="center"/>
            </w:pPr>
            <w:r>
              <w:rPr>
                <w:sz w:val="16"/>
              </w:rPr>
              <w:t>6</w:t>
            </w:r>
          </w:p>
        </w:tc>
        <w:tc>
          <w:tcPr>
            <w:tcW w:w="2268" w:type="dxa"/>
            <w:shd w:val="clear" w:color="auto" w:fill="D9EAF7"/>
            <w:vAlign w:val="center"/>
          </w:tcPr>
          <w:p w14:paraId="0B29E13A" w14:textId="77777777" w:rsidR="00FF2420" w:rsidRDefault="00FF2420">
            <w:pPr>
              <w:jc w:val="center"/>
            </w:pPr>
            <w:r>
              <w:rPr>
                <w:sz w:val="16"/>
              </w:rPr>
              <w:t>Inicjatywy rodziców</w:t>
            </w:r>
          </w:p>
        </w:tc>
        <w:tc>
          <w:tcPr>
            <w:tcW w:w="6803" w:type="dxa"/>
            <w:shd w:val="clear" w:color="auto" w:fill="D9EAF7"/>
            <w:vAlign w:val="center"/>
          </w:tcPr>
          <w:p w14:paraId="60B23686" w14:textId="77777777" w:rsidR="00FF2420" w:rsidRPr="00DF4A3F" w:rsidRDefault="00FF2420">
            <w:pPr>
              <w:rPr>
                <w:lang w:val="pl-PL"/>
              </w:rPr>
            </w:pPr>
            <w:r w:rsidRPr="00DF4A3F">
              <w:rPr>
                <w:sz w:val="16"/>
                <w:lang w:val="pl-PL"/>
              </w:rPr>
              <w:t>Zgłaszanie propozycji, umiejętności i działań, które mogą wzbogacić ofertę szkoły</w:t>
            </w:r>
          </w:p>
        </w:tc>
      </w:tr>
    </w:tbl>
    <w:p w14:paraId="14AC9551" w14:textId="77777777" w:rsidR="000114CA" w:rsidRDefault="000114CA"/>
    <w:p w14:paraId="3BE9016B" w14:textId="0E9A2C16" w:rsidR="000114CA" w:rsidRPr="00DF4A3F" w:rsidRDefault="00000000">
      <w:pPr>
        <w:rPr>
          <w:lang w:val="pl-PL"/>
        </w:rPr>
      </w:pPr>
      <w:r w:rsidRPr="00DF4A3F">
        <w:rPr>
          <w:b/>
          <w:lang w:val="pl-PL"/>
        </w:rPr>
        <w:t xml:space="preserve">Uwagi: </w:t>
      </w:r>
      <w:r w:rsidRPr="00DF4A3F">
        <w:rPr>
          <w:lang w:val="pl-PL"/>
        </w:rPr>
        <w:t>Rodzice będą informowani o dokładnej dacie i godzinie spotkania z odpowiednim wyprzedzeniem. Sprawy dotyczące konkretnego ucznia omawia się indywidualnie z zachowaniem poufności i zasad ochrony danych osobowych.</w:t>
      </w:r>
    </w:p>
    <w:sectPr w:rsidR="000114CA" w:rsidRPr="00DF4A3F" w:rsidSect="00034616">
      <w:pgSz w:w="15840" w:h="12240" w:orient="landscape"/>
      <w:pgMar w:top="850" w:right="850" w:bottom="850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82724664">
    <w:abstractNumId w:val="8"/>
  </w:num>
  <w:num w:numId="2" w16cid:durableId="480779275">
    <w:abstractNumId w:val="6"/>
  </w:num>
  <w:num w:numId="3" w16cid:durableId="1943492402">
    <w:abstractNumId w:val="5"/>
  </w:num>
  <w:num w:numId="4" w16cid:durableId="1561137480">
    <w:abstractNumId w:val="4"/>
  </w:num>
  <w:num w:numId="5" w16cid:durableId="1795439922">
    <w:abstractNumId w:val="7"/>
  </w:num>
  <w:num w:numId="6" w16cid:durableId="1777368232">
    <w:abstractNumId w:val="3"/>
  </w:num>
  <w:num w:numId="7" w16cid:durableId="1227372821">
    <w:abstractNumId w:val="2"/>
  </w:num>
  <w:num w:numId="8" w16cid:durableId="598878960">
    <w:abstractNumId w:val="1"/>
  </w:num>
  <w:num w:numId="9" w16cid:durableId="10329977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114CA"/>
    <w:rsid w:val="00034616"/>
    <w:rsid w:val="0006063C"/>
    <w:rsid w:val="0015074B"/>
    <w:rsid w:val="0029639D"/>
    <w:rsid w:val="003128D9"/>
    <w:rsid w:val="00326F90"/>
    <w:rsid w:val="00AA1D8D"/>
    <w:rsid w:val="00B47730"/>
    <w:rsid w:val="00CB0664"/>
    <w:rsid w:val="00D779ED"/>
    <w:rsid w:val="00DD0E31"/>
    <w:rsid w:val="00DF4A3F"/>
    <w:rsid w:val="00FC693F"/>
    <w:rsid w:val="00FF2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76F7B27"/>
  <w14:defaultImageDpi w14:val="300"/>
  <w15:docId w15:val="{8489072C-368F-482D-9743-068E274C0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  <w:rPr>
      <w:rFonts w:ascii="Aptos" w:hAnsi="Aptos"/>
      <w:sz w:val="1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356</Words>
  <Characters>2142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2494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Beata</cp:lastModifiedBy>
  <cp:revision>5</cp:revision>
  <dcterms:created xsi:type="dcterms:W3CDTF">2013-12-23T23:15:00Z</dcterms:created>
  <dcterms:modified xsi:type="dcterms:W3CDTF">2026-08-30T13:44:00Z</dcterms:modified>
  <cp:category/>
</cp:coreProperties>
</file>