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E9BC0" w14:textId="18A47DB1" w:rsidR="009A3F48" w:rsidRPr="002B0BD8" w:rsidRDefault="00000000">
      <w:pPr>
        <w:spacing w:after="240"/>
        <w:jc w:val="center"/>
        <w:rPr>
          <w:lang w:val="pl-PL"/>
        </w:rPr>
      </w:pPr>
      <w:r w:rsidRPr="002B0BD8">
        <w:rPr>
          <w:b/>
          <w:color w:val="1F4E79"/>
          <w:sz w:val="36"/>
          <w:lang w:val="pl-PL"/>
        </w:rPr>
        <w:t xml:space="preserve">PLAN WYCIECZEK I </w:t>
      </w:r>
      <w:r w:rsidR="00514791">
        <w:rPr>
          <w:b/>
          <w:color w:val="1F4E79"/>
          <w:sz w:val="36"/>
          <w:lang w:val="pl-PL"/>
        </w:rPr>
        <w:t xml:space="preserve">SPACERÓW EDUKACYJNYCH </w:t>
      </w:r>
      <w:r w:rsidRPr="002B0BD8">
        <w:rPr>
          <w:b/>
          <w:color w:val="1F4E79"/>
          <w:sz w:val="36"/>
          <w:lang w:val="pl-PL"/>
        </w:rPr>
        <w:t>W ROKU SZKOLNYM 2026/2027</w:t>
      </w:r>
    </w:p>
    <w:p w14:paraId="544A1B78" w14:textId="77777777" w:rsidR="009A3F48" w:rsidRPr="002B0BD8" w:rsidRDefault="00000000">
      <w:pPr>
        <w:spacing w:after="360"/>
        <w:jc w:val="center"/>
        <w:rPr>
          <w:lang w:val="pl-PL"/>
        </w:rPr>
      </w:pPr>
      <w:r w:rsidRPr="002B0BD8">
        <w:rPr>
          <w:b/>
          <w:color w:val="000000"/>
          <w:sz w:val="24"/>
          <w:lang w:val="pl-PL"/>
        </w:rPr>
        <w:t>Szkoła Polska przy Ambasadzie RP w Berlinie z siedzibą w Lipsku</w:t>
      </w:r>
    </w:p>
    <w:tbl>
      <w:tblPr>
        <w:tblStyle w:val="Tabela-Siatka"/>
        <w:tblW w:w="7470" w:type="dxa"/>
        <w:jc w:val="center"/>
        <w:tblLayout w:type="fixed"/>
        <w:tblLook w:val="04A0" w:firstRow="1" w:lastRow="0" w:firstColumn="1" w:lastColumn="0" w:noHBand="0" w:noVBand="1"/>
      </w:tblPr>
      <w:tblGrid>
        <w:gridCol w:w="2194"/>
        <w:gridCol w:w="1701"/>
        <w:gridCol w:w="1701"/>
        <w:gridCol w:w="1874"/>
      </w:tblGrid>
      <w:tr w:rsidR="009A3F48" w14:paraId="272EF67F" w14:textId="77777777" w:rsidTr="00CE1ADC">
        <w:trPr>
          <w:trHeight w:val="247"/>
          <w:tblHeader/>
          <w:jc w:val="center"/>
        </w:trPr>
        <w:tc>
          <w:tcPr>
            <w:tcW w:w="2194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3A0CBB36" w14:textId="77777777" w:rsidR="009A3F48" w:rsidRDefault="00000000">
            <w:pPr>
              <w:jc w:val="center"/>
            </w:pPr>
            <w:r>
              <w:rPr>
                <w:b/>
                <w:color w:val="FFFFFF"/>
              </w:rPr>
              <w:t>Rodzaj planowanej wycieczki/wyjazdu</w:t>
            </w:r>
          </w:p>
        </w:tc>
        <w:tc>
          <w:tcPr>
            <w:tcW w:w="1701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1576E0AF" w14:textId="77777777" w:rsidR="009A3F48" w:rsidRDefault="00000000">
            <w:pPr>
              <w:jc w:val="center"/>
            </w:pPr>
            <w:r>
              <w:rPr>
                <w:b/>
                <w:color w:val="FFFFFF"/>
              </w:rPr>
              <w:t>Proponowany termin</w:t>
            </w:r>
          </w:p>
        </w:tc>
        <w:tc>
          <w:tcPr>
            <w:tcW w:w="1701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0C9659CB" w14:textId="77777777" w:rsidR="009A3F48" w:rsidRDefault="00000000">
            <w:pPr>
              <w:jc w:val="center"/>
            </w:pPr>
            <w:r>
              <w:rPr>
                <w:b/>
                <w:color w:val="FFFFFF"/>
              </w:rPr>
              <w:t>Cele wycieczki</w:t>
            </w:r>
          </w:p>
        </w:tc>
        <w:tc>
          <w:tcPr>
            <w:tcW w:w="1874" w:type="dxa"/>
            <w:shd w:val="clear" w:color="auto" w:fill="1F4E79"/>
            <w:tcMar>
              <w:top w:w="110" w:type="dxa"/>
              <w:left w:w="110" w:type="dxa"/>
              <w:bottom w:w="110" w:type="dxa"/>
              <w:right w:w="110" w:type="dxa"/>
            </w:tcMar>
            <w:vAlign w:val="center"/>
          </w:tcPr>
          <w:p w14:paraId="7EFF6768" w14:textId="77777777" w:rsidR="009A3F48" w:rsidRDefault="00000000">
            <w:pPr>
              <w:jc w:val="center"/>
            </w:pPr>
            <w:r>
              <w:rPr>
                <w:b/>
                <w:color w:val="FFFFFF"/>
              </w:rPr>
              <w:t>Osoby odpowiedzialne</w:t>
            </w:r>
          </w:p>
        </w:tc>
      </w:tr>
      <w:tr w:rsidR="009A3F48" w:rsidRPr="00514791" w14:paraId="3E952EC5" w14:textId="77777777" w:rsidTr="00CE1ADC">
        <w:trPr>
          <w:trHeight w:val="629"/>
          <w:jc w:val="center"/>
        </w:trPr>
        <w:tc>
          <w:tcPr>
            <w:tcW w:w="219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4FB32766" w14:textId="7F95C85B" w:rsidR="009A3F48" w:rsidRPr="002B0BD8" w:rsidRDefault="002B0BD8">
            <w:pPr>
              <w:spacing w:line="252" w:lineRule="auto"/>
              <w:rPr>
                <w:lang w:val="pl-PL"/>
              </w:rPr>
            </w:pPr>
            <w:r w:rsidRPr="002B0BD8">
              <w:rPr>
                <w:color w:val="000000"/>
                <w:lang w:val="pl-PL"/>
              </w:rPr>
              <w:t>Gra miejska ,,Śladami Polaków w</w:t>
            </w:r>
            <w:r>
              <w:rPr>
                <w:color w:val="000000"/>
                <w:lang w:val="pl-PL"/>
              </w:rPr>
              <w:t xml:space="preserve"> Lipsku”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26FB55EA" w14:textId="4B4EF08E" w:rsidR="009A3F48" w:rsidRDefault="002B0BD8">
            <w:pPr>
              <w:spacing w:line="252" w:lineRule="auto"/>
              <w:jc w:val="center"/>
            </w:pPr>
            <w:r>
              <w:rPr>
                <w:color w:val="000000"/>
              </w:rPr>
              <w:t>12.09.2026 r.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131BAE07" w14:textId="4EEFD72A" w:rsidR="009A3F48" w:rsidRPr="002B0BD8" w:rsidRDefault="002B0BD8">
            <w:pPr>
              <w:spacing w:line="252" w:lineRule="auto"/>
              <w:rPr>
                <w:lang w:val="pl-PL"/>
              </w:rPr>
            </w:pPr>
            <w:r>
              <w:rPr>
                <w:lang w:val="pl-PL"/>
              </w:rPr>
              <w:t>P</w:t>
            </w:r>
            <w:r w:rsidRPr="002B0BD8">
              <w:rPr>
                <w:lang w:val="pl-PL"/>
              </w:rPr>
              <w:t>oznanie miejsc związanych z historią i działalnością Polaków w Lipsku poprzez udział w edukacyjnej grze miejskiej, rozwijanie wiedzy historycznej, orientacji w terenie, umiejętności współpracy oraz wzmacnianie więzi z polską kulturą i dziedzictwem narodowym.</w:t>
            </w:r>
          </w:p>
        </w:tc>
        <w:tc>
          <w:tcPr>
            <w:tcW w:w="187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3532A110" w14:textId="77777777" w:rsidR="009A3F48" w:rsidRDefault="002B0BD8">
            <w:pPr>
              <w:spacing w:line="252" w:lineRule="auto"/>
              <w:rPr>
                <w:color w:val="000000"/>
                <w:lang w:val="pl-PL"/>
              </w:rPr>
            </w:pPr>
            <w:r>
              <w:rPr>
                <w:color w:val="000000"/>
                <w:lang w:val="pl-PL"/>
              </w:rPr>
              <w:t>Opiekunowie klas.</w:t>
            </w:r>
          </w:p>
          <w:p w14:paraId="27F008FA" w14:textId="5F6A277C" w:rsidR="002B0BD8" w:rsidRPr="002B0BD8" w:rsidRDefault="002B0BD8">
            <w:pPr>
              <w:spacing w:line="252" w:lineRule="auto"/>
              <w:rPr>
                <w:lang w:val="pl-PL"/>
              </w:rPr>
            </w:pPr>
            <w:r>
              <w:rPr>
                <w:color w:val="000000"/>
                <w:lang w:val="pl-PL"/>
              </w:rPr>
              <w:t>Wszyscy uczniowie</w:t>
            </w:r>
            <w:r w:rsidR="00E1002E">
              <w:rPr>
                <w:color w:val="000000"/>
                <w:lang w:val="pl-PL"/>
              </w:rPr>
              <w:t>, rodzice.</w:t>
            </w:r>
          </w:p>
        </w:tc>
      </w:tr>
      <w:tr w:rsidR="00E1002E" w:rsidRPr="00E1002E" w14:paraId="3CD47951" w14:textId="77777777" w:rsidTr="00CE1ADC">
        <w:trPr>
          <w:trHeight w:val="629"/>
          <w:jc w:val="center"/>
        </w:trPr>
        <w:tc>
          <w:tcPr>
            <w:tcW w:w="219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1678FE26" w14:textId="04424421" w:rsidR="00E1002E" w:rsidRPr="002B0BD8" w:rsidRDefault="00E1002E">
            <w:pPr>
              <w:spacing w:line="252" w:lineRule="auto"/>
              <w:rPr>
                <w:color w:val="000000"/>
                <w:lang w:val="pl-PL"/>
              </w:rPr>
            </w:pPr>
            <w:r>
              <w:rPr>
                <w:lang w:val="pl-PL"/>
              </w:rPr>
              <w:t>W poszukiwaniu jesieni</w:t>
            </w:r>
            <w:r w:rsidRPr="002B0BD8">
              <w:rPr>
                <w:lang w:val="pl-PL"/>
              </w:rPr>
              <w:t>– spacer przyrodniczy po najbliższej okolicy.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3ABAB911" w14:textId="0DDAC7AD" w:rsidR="00E1002E" w:rsidRDefault="00E1002E">
            <w:pPr>
              <w:spacing w:line="252" w:lineRule="auto"/>
              <w:jc w:val="center"/>
              <w:rPr>
                <w:color w:val="000000"/>
              </w:rPr>
            </w:pPr>
            <w:r>
              <w:rPr>
                <w:color w:val="000000"/>
                <w:lang w:val="pl-PL"/>
              </w:rPr>
              <w:t>19.09.2026 r.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285AA309" w14:textId="6233BF96" w:rsidR="00E1002E" w:rsidRDefault="002C6CC5">
            <w:pPr>
              <w:spacing w:line="252" w:lineRule="auto"/>
              <w:rPr>
                <w:lang w:val="pl-PL"/>
              </w:rPr>
            </w:pPr>
            <w:r w:rsidRPr="002B0BD8">
              <w:rPr>
                <w:lang w:val="pl-PL"/>
              </w:rPr>
              <w:t xml:space="preserve">Obserwowanie zmian zachodzących w przyrodzie </w:t>
            </w:r>
            <w:r>
              <w:rPr>
                <w:lang w:val="pl-PL"/>
              </w:rPr>
              <w:t>jesienią</w:t>
            </w:r>
            <w:r w:rsidRPr="002B0BD8">
              <w:rPr>
                <w:lang w:val="pl-PL"/>
              </w:rPr>
              <w:t xml:space="preserve">, </w:t>
            </w:r>
            <w:r w:rsidRPr="002B0BD8">
              <w:rPr>
                <w:lang w:val="pl-PL"/>
              </w:rPr>
              <w:lastRenderedPageBreak/>
              <w:t xml:space="preserve">rozpoznawanie pierwszych oznak </w:t>
            </w:r>
            <w:r>
              <w:rPr>
                <w:lang w:val="pl-PL"/>
              </w:rPr>
              <w:t>jesieni</w:t>
            </w:r>
            <w:r w:rsidRPr="002B0BD8">
              <w:rPr>
                <w:lang w:val="pl-PL"/>
              </w:rPr>
              <w:t xml:space="preserve"> oraz rozwijanie zainteresowań przyrodniczych i umiejętności uważnej obserwacji otoczenia</w:t>
            </w:r>
          </w:p>
        </w:tc>
        <w:tc>
          <w:tcPr>
            <w:tcW w:w="187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382D4C4A" w14:textId="58A63B53" w:rsidR="00E1002E" w:rsidRDefault="002C6CC5">
            <w:pPr>
              <w:spacing w:line="252" w:lineRule="auto"/>
              <w:rPr>
                <w:color w:val="000000"/>
                <w:lang w:val="pl-PL"/>
              </w:rPr>
            </w:pPr>
            <w:r>
              <w:rPr>
                <w:color w:val="000000"/>
                <w:lang w:val="pl-PL"/>
              </w:rPr>
              <w:lastRenderedPageBreak/>
              <w:t>Opiekunowie OD, opiekunowie kl.1-3.</w:t>
            </w:r>
          </w:p>
        </w:tc>
      </w:tr>
      <w:tr w:rsidR="009A3F48" w:rsidRPr="00E1002E" w14:paraId="68876FB3" w14:textId="77777777" w:rsidTr="00CE1ADC">
        <w:trPr>
          <w:trHeight w:val="509"/>
          <w:jc w:val="center"/>
        </w:trPr>
        <w:tc>
          <w:tcPr>
            <w:tcW w:w="2194" w:type="dxa"/>
            <w:shd w:val="clear" w:color="auto" w:fill="D9EAF7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7C300E22" w14:textId="3E7A419D" w:rsidR="009A3F48" w:rsidRPr="002B0BD8" w:rsidRDefault="002B0BD8">
            <w:pPr>
              <w:spacing w:line="252" w:lineRule="auto"/>
              <w:rPr>
                <w:lang w:val="pl-PL"/>
              </w:rPr>
            </w:pPr>
            <w:r w:rsidRPr="002B0BD8">
              <w:rPr>
                <w:lang w:val="pl-PL"/>
              </w:rPr>
              <w:t>Pomnik Bitwy Narodów w L</w:t>
            </w:r>
            <w:r>
              <w:rPr>
                <w:lang w:val="pl-PL"/>
              </w:rPr>
              <w:t>ipsku</w:t>
            </w:r>
          </w:p>
        </w:tc>
        <w:tc>
          <w:tcPr>
            <w:tcW w:w="1701" w:type="dxa"/>
            <w:shd w:val="clear" w:color="auto" w:fill="D9EAF7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5A9B34FF" w14:textId="45D012BD" w:rsidR="009A3F48" w:rsidRDefault="002B0BD8">
            <w:pPr>
              <w:spacing w:line="252" w:lineRule="auto"/>
              <w:jc w:val="center"/>
            </w:pPr>
            <w:r>
              <w:rPr>
                <w:color w:val="000000"/>
              </w:rPr>
              <w:t>26.09.2026 r.</w:t>
            </w:r>
          </w:p>
        </w:tc>
        <w:tc>
          <w:tcPr>
            <w:tcW w:w="1701" w:type="dxa"/>
            <w:shd w:val="clear" w:color="auto" w:fill="D9EAF7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0F4D0437" w14:textId="3498CBCB" w:rsidR="009A3F48" w:rsidRPr="002B0BD8" w:rsidRDefault="002B0BD8">
            <w:pPr>
              <w:spacing w:line="252" w:lineRule="auto"/>
              <w:rPr>
                <w:lang w:val="pl-PL"/>
              </w:rPr>
            </w:pPr>
            <w:r w:rsidRPr="002B0BD8">
              <w:rPr>
                <w:lang w:val="pl-PL"/>
              </w:rPr>
              <w:t>Zwiedzanie Pomnika Bitwy Narodów w Lipsku, poznanie przyczyn i skutków bitwy pod Lipskiem z 1813 roku oraz udziału Polaków, ze szczególnym uwzględnieniem postaci księcia Józefa Poniatowskiego.</w:t>
            </w:r>
          </w:p>
        </w:tc>
        <w:tc>
          <w:tcPr>
            <w:tcW w:w="1874" w:type="dxa"/>
            <w:shd w:val="clear" w:color="auto" w:fill="D9EAF7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7889803C" w14:textId="44DD1613" w:rsidR="002B0BD8" w:rsidRPr="00E1002E" w:rsidRDefault="002B0BD8">
            <w:pPr>
              <w:spacing w:line="252" w:lineRule="auto"/>
              <w:rPr>
                <w:color w:val="000000"/>
                <w:lang w:val="pl-PL"/>
              </w:rPr>
            </w:pPr>
            <w:r w:rsidRPr="00E1002E">
              <w:rPr>
                <w:color w:val="000000"/>
                <w:lang w:val="pl-PL"/>
              </w:rPr>
              <w:t>Beata Józków</w:t>
            </w:r>
          </w:p>
          <w:p w14:paraId="18A762D6" w14:textId="6D562D6C" w:rsidR="009A3F48" w:rsidRPr="00E1002E" w:rsidRDefault="002B0BD8">
            <w:pPr>
              <w:spacing w:line="252" w:lineRule="auto"/>
              <w:rPr>
                <w:lang w:val="pl-PL"/>
              </w:rPr>
            </w:pPr>
            <w:r w:rsidRPr="00E1002E">
              <w:rPr>
                <w:color w:val="000000"/>
                <w:lang w:val="pl-PL"/>
              </w:rPr>
              <w:t>Magdalena Lampkowska</w:t>
            </w:r>
          </w:p>
        </w:tc>
      </w:tr>
      <w:tr w:rsidR="009A3F48" w:rsidRPr="002B0BD8" w14:paraId="348DBB44" w14:textId="77777777" w:rsidTr="00CE1ADC">
        <w:trPr>
          <w:trHeight w:val="509"/>
          <w:jc w:val="center"/>
        </w:trPr>
        <w:tc>
          <w:tcPr>
            <w:tcW w:w="219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2ED51C91" w14:textId="4FCEE910" w:rsidR="009A3F48" w:rsidRPr="002B0BD8" w:rsidRDefault="002B0BD8">
            <w:pPr>
              <w:spacing w:line="252" w:lineRule="auto"/>
              <w:rPr>
                <w:lang w:val="pl-PL"/>
              </w:rPr>
            </w:pPr>
            <w:r w:rsidRPr="002B0BD8">
              <w:rPr>
                <w:lang w:val="pl-PL"/>
              </w:rPr>
              <w:t>„Szukamy wiosny” – spacer przyrodniczy po najbliższej okolicy.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40B5A7CA" w14:textId="7A753119" w:rsidR="009A3F48" w:rsidRDefault="002B0BD8">
            <w:pPr>
              <w:spacing w:line="252" w:lineRule="auto"/>
              <w:jc w:val="center"/>
            </w:pPr>
            <w:r>
              <w:rPr>
                <w:color w:val="000000"/>
              </w:rPr>
              <w:t>19.03.2027 r.</w:t>
            </w:r>
          </w:p>
        </w:tc>
        <w:tc>
          <w:tcPr>
            <w:tcW w:w="1701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13F2C44E" w14:textId="13B918F4" w:rsidR="009A3F48" w:rsidRPr="002B0BD8" w:rsidRDefault="002B0BD8">
            <w:pPr>
              <w:spacing w:line="252" w:lineRule="auto"/>
              <w:rPr>
                <w:lang w:val="pl-PL"/>
              </w:rPr>
            </w:pPr>
            <w:r w:rsidRPr="002B0BD8">
              <w:rPr>
                <w:lang w:val="pl-PL"/>
              </w:rPr>
              <w:t xml:space="preserve">Obserwowanie zmian zachodzących w przyrodzie wiosną, rozpoznawanie pierwszych </w:t>
            </w:r>
            <w:r w:rsidRPr="002B0BD8">
              <w:rPr>
                <w:lang w:val="pl-PL"/>
              </w:rPr>
              <w:lastRenderedPageBreak/>
              <w:t>oznak wiosny oraz rozwijanie zainteresowań przyrodniczych i umiejętności uważnej obserwacji otoczenia.</w:t>
            </w:r>
          </w:p>
        </w:tc>
        <w:tc>
          <w:tcPr>
            <w:tcW w:w="1874" w:type="dxa"/>
            <w:tcMar>
              <w:top w:w="115" w:type="dxa"/>
              <w:left w:w="110" w:type="dxa"/>
              <w:bottom w:w="115" w:type="dxa"/>
              <w:right w:w="110" w:type="dxa"/>
            </w:tcMar>
            <w:vAlign w:val="center"/>
          </w:tcPr>
          <w:p w14:paraId="6361A898" w14:textId="6AE70B26" w:rsidR="009A3F48" w:rsidRPr="002B0BD8" w:rsidRDefault="002B0BD8">
            <w:pPr>
              <w:spacing w:line="252" w:lineRule="auto"/>
              <w:rPr>
                <w:lang w:val="pl-PL"/>
              </w:rPr>
            </w:pPr>
            <w:r>
              <w:rPr>
                <w:color w:val="000000"/>
                <w:lang w:val="pl-PL"/>
              </w:rPr>
              <w:lastRenderedPageBreak/>
              <w:t>Opiekunowie OD, opiekunowie kl.1-3.</w:t>
            </w:r>
          </w:p>
        </w:tc>
      </w:tr>
    </w:tbl>
    <w:p w14:paraId="0482203F" w14:textId="3CA3900A" w:rsidR="009A3F48" w:rsidRPr="002B0BD8" w:rsidRDefault="00000000">
      <w:pPr>
        <w:spacing w:before="240" w:after="0"/>
        <w:rPr>
          <w:lang w:val="pl-PL"/>
        </w:rPr>
      </w:pPr>
      <w:r w:rsidRPr="002B0BD8">
        <w:rPr>
          <w:b/>
          <w:color w:val="000000"/>
          <w:sz w:val="19"/>
          <w:lang w:val="pl-PL"/>
        </w:rPr>
        <w:t xml:space="preserve">Uwaga: </w:t>
      </w:r>
      <w:r w:rsidRPr="002B0BD8">
        <w:rPr>
          <w:color w:val="000000"/>
          <w:sz w:val="19"/>
          <w:lang w:val="pl-PL"/>
        </w:rPr>
        <w:t>Terminy i miejsca mogą ulec zmianie w zależności od dostępności oferty oraz ustaleń organizacyjnych.</w:t>
      </w:r>
    </w:p>
    <w:sectPr w:rsidR="009A3F48" w:rsidRPr="002B0BD8" w:rsidSect="00034616">
      <w:pgSz w:w="15840" w:h="12240" w:orient="landscape"/>
      <w:pgMar w:top="964" w:right="850" w:bottom="96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17980102">
    <w:abstractNumId w:val="8"/>
  </w:num>
  <w:num w:numId="2" w16cid:durableId="1104423379">
    <w:abstractNumId w:val="6"/>
  </w:num>
  <w:num w:numId="3" w16cid:durableId="1465542550">
    <w:abstractNumId w:val="5"/>
  </w:num>
  <w:num w:numId="4" w16cid:durableId="1673533422">
    <w:abstractNumId w:val="4"/>
  </w:num>
  <w:num w:numId="5" w16cid:durableId="1503931510">
    <w:abstractNumId w:val="7"/>
  </w:num>
  <w:num w:numId="6" w16cid:durableId="1510482555">
    <w:abstractNumId w:val="3"/>
  </w:num>
  <w:num w:numId="7" w16cid:durableId="659775365">
    <w:abstractNumId w:val="2"/>
  </w:num>
  <w:num w:numId="8" w16cid:durableId="677578861">
    <w:abstractNumId w:val="1"/>
  </w:num>
  <w:num w:numId="9" w16cid:durableId="213548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77BE2"/>
    <w:rsid w:val="000F791E"/>
    <w:rsid w:val="0015074B"/>
    <w:rsid w:val="0029639D"/>
    <w:rsid w:val="002B0BD8"/>
    <w:rsid w:val="002C6CC5"/>
    <w:rsid w:val="00326F90"/>
    <w:rsid w:val="004A37B5"/>
    <w:rsid w:val="00514791"/>
    <w:rsid w:val="005C48B8"/>
    <w:rsid w:val="00861507"/>
    <w:rsid w:val="009A3F48"/>
    <w:rsid w:val="00AA1D8D"/>
    <w:rsid w:val="00B47730"/>
    <w:rsid w:val="00B8250C"/>
    <w:rsid w:val="00CB0664"/>
    <w:rsid w:val="00CE1ADC"/>
    <w:rsid w:val="00E1002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DC5B7C"/>
  <w14:defaultImageDpi w14:val="300"/>
  <w15:docId w15:val="{3440902F-7D0F-40D2-8B65-FB6842C8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wycieczek i wyjazdów w roku szkolnym 2026/2027</dc:title>
  <dc:subject>Edytowalny plan wycieczek i wyjazdów</dc:subject>
  <dc:creator>python-docx</dc:creator>
  <cp:keywords/>
  <dc:description>generated by python-docx</dc:description>
  <cp:lastModifiedBy>Beata</cp:lastModifiedBy>
  <cp:revision>8</cp:revision>
  <dcterms:created xsi:type="dcterms:W3CDTF">2013-12-23T23:15:00Z</dcterms:created>
  <dcterms:modified xsi:type="dcterms:W3CDTF">2026-09-14T06:49:00Z</dcterms:modified>
  <cp:category/>
</cp:coreProperties>
</file>