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2F857" w14:textId="77777777" w:rsidR="0091424F" w:rsidRDefault="00000000">
      <w:pPr>
        <w:spacing w:after="40"/>
        <w:jc w:val="center"/>
        <w:rPr>
          <w:rFonts w:hint="eastAsia"/>
        </w:rPr>
      </w:pPr>
      <w:r>
        <w:rPr>
          <w:b/>
          <w:color w:val="2F75B5"/>
        </w:rPr>
        <w:t>SZKOŁA POLSKA PRZY AMBASADZIE RP W BERLINIE</w:t>
      </w:r>
      <w:r>
        <w:rPr>
          <w:b/>
          <w:color w:val="2F75B5"/>
        </w:rPr>
        <w:br/>
        <w:t>Z SIEDZIBĄ W LIPSKU</w:t>
      </w:r>
    </w:p>
    <w:p w14:paraId="3AFDC280" w14:textId="31898418" w:rsidR="0091424F" w:rsidRDefault="00000000">
      <w:pPr>
        <w:spacing w:before="120" w:after="40"/>
        <w:jc w:val="center"/>
        <w:rPr>
          <w:rFonts w:hint="eastAsia"/>
        </w:rPr>
      </w:pPr>
      <w:r>
        <w:rPr>
          <w:b/>
          <w:color w:val="2F75B5"/>
          <w:sz w:val="30"/>
        </w:rPr>
        <w:t xml:space="preserve"> HARMONOGRAM KONKURSÓW SZKOLNYCH I PRZEDSZKOLNYCH</w:t>
      </w:r>
    </w:p>
    <w:p w14:paraId="341B7860" w14:textId="77777777" w:rsidR="0091424F" w:rsidRDefault="00000000">
      <w:pPr>
        <w:spacing w:after="240"/>
        <w:jc w:val="center"/>
        <w:rPr>
          <w:rFonts w:hint="eastAsia"/>
        </w:rPr>
      </w:pPr>
      <w:r>
        <w:rPr>
          <w:b/>
          <w:color w:val="5B9BD5"/>
          <w:sz w:val="22"/>
        </w:rPr>
        <w:t>rok szkolny 2026/2027</w:t>
      </w:r>
    </w:p>
    <w:tbl>
      <w:tblPr>
        <w:tblStyle w:val="Tabela-Siatka"/>
        <w:tblW w:w="9360" w:type="dxa"/>
        <w:jc w:val="center"/>
        <w:tblLayout w:type="fixed"/>
        <w:tblLook w:val="04A0" w:firstRow="1" w:lastRow="0" w:firstColumn="1" w:lastColumn="0" w:noHBand="0" w:noVBand="1"/>
      </w:tblPr>
      <w:tblGrid>
        <w:gridCol w:w="500"/>
        <w:gridCol w:w="2200"/>
        <w:gridCol w:w="2200"/>
        <w:gridCol w:w="1200"/>
        <w:gridCol w:w="3260"/>
      </w:tblGrid>
      <w:tr w:rsidR="0091424F" w14:paraId="35D49E33" w14:textId="77777777">
        <w:trPr>
          <w:trHeight w:val="691"/>
          <w:tblHeader/>
          <w:jc w:val="center"/>
        </w:trPr>
        <w:tc>
          <w:tcPr>
            <w:tcW w:w="500" w:type="dxa"/>
            <w:shd w:val="clear" w:color="auto" w:fill="2F75B5"/>
            <w:noWrap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CE5C67B" w14:textId="77777777" w:rsidR="0091424F" w:rsidRDefault="00000000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Nr</w:t>
            </w:r>
          </w:p>
        </w:tc>
        <w:tc>
          <w:tcPr>
            <w:tcW w:w="2200" w:type="dxa"/>
            <w:shd w:val="clear" w:color="auto" w:fill="2F75B5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35FC1ABA" w14:textId="77777777" w:rsidR="0091424F" w:rsidRDefault="00000000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Nazwa konkursu</w:t>
            </w:r>
          </w:p>
        </w:tc>
        <w:tc>
          <w:tcPr>
            <w:tcW w:w="2200" w:type="dxa"/>
            <w:shd w:val="clear" w:color="auto" w:fill="2F75B5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39A1455" w14:textId="77777777" w:rsidR="0091424F" w:rsidRDefault="00000000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Rodzaj i etap konkursu</w:t>
            </w:r>
          </w:p>
        </w:tc>
        <w:tc>
          <w:tcPr>
            <w:tcW w:w="1200" w:type="dxa"/>
            <w:shd w:val="clear" w:color="auto" w:fill="2F75B5"/>
            <w:noWrap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90AD4A6" w14:textId="77777777" w:rsidR="0091424F" w:rsidRDefault="00000000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Termin</w:t>
            </w:r>
          </w:p>
        </w:tc>
        <w:tc>
          <w:tcPr>
            <w:tcW w:w="3260" w:type="dxa"/>
            <w:shd w:val="clear" w:color="auto" w:fill="2F75B5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F8CC0FD" w14:textId="77777777" w:rsidR="0091424F" w:rsidRDefault="00000000">
            <w:pPr>
              <w:spacing w:after="0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Osoby odpowiedzialne</w:t>
            </w:r>
          </w:p>
        </w:tc>
      </w:tr>
      <w:tr w:rsidR="0091424F" w14:paraId="42FCDC85" w14:textId="77777777">
        <w:trPr>
          <w:jc w:val="center"/>
        </w:trPr>
        <w:tc>
          <w:tcPr>
            <w:tcW w:w="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8C5E0C5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7"/>
              </w:rPr>
              <w:t>1</w:t>
            </w:r>
          </w:p>
        </w:tc>
        <w:tc>
          <w:tcPr>
            <w:tcW w:w="22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A4CC208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b/>
                <w:color w:val="1F1F1F"/>
                <w:sz w:val="17"/>
              </w:rPr>
              <w:t>Konkurs Ortograficzny „Mistrz Ortografii”</w:t>
            </w:r>
          </w:p>
        </w:tc>
        <w:tc>
          <w:tcPr>
            <w:tcW w:w="22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DBC65EE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konkurs szkolny – etap szkolny</w:t>
            </w:r>
          </w:p>
        </w:tc>
        <w:tc>
          <w:tcPr>
            <w:tcW w:w="1200" w:type="dxa"/>
            <w:shd w:val="clear" w:color="auto" w:fill="FFFFFF"/>
            <w:noWrap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F9F17B5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6"/>
              </w:rPr>
              <w:t>3.10.2026</w:t>
            </w:r>
          </w:p>
        </w:tc>
        <w:tc>
          <w:tcPr>
            <w:tcW w:w="326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55D2FBA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M. Lampkowska, P. Frankowska</w:t>
            </w:r>
          </w:p>
        </w:tc>
      </w:tr>
      <w:tr w:rsidR="0091424F" w14:paraId="5992AFB5" w14:textId="77777777">
        <w:trPr>
          <w:jc w:val="center"/>
        </w:trPr>
        <w:tc>
          <w:tcPr>
            <w:tcW w:w="50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9A4AE02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7"/>
              </w:rPr>
              <w:t>2</w:t>
            </w:r>
          </w:p>
        </w:tc>
        <w:tc>
          <w:tcPr>
            <w:tcW w:w="220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DB47ECF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b/>
                <w:color w:val="1F1F1F"/>
                <w:sz w:val="17"/>
              </w:rPr>
              <w:t>Konkurs na strój ekologiczny</w:t>
            </w:r>
          </w:p>
        </w:tc>
        <w:tc>
          <w:tcPr>
            <w:tcW w:w="220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0719D3F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konkurs szkolny i przedszkolny – etap szkolny</w:t>
            </w:r>
          </w:p>
        </w:tc>
        <w:tc>
          <w:tcPr>
            <w:tcW w:w="1200" w:type="dxa"/>
            <w:shd w:val="clear" w:color="auto" w:fill="EEF5FB"/>
            <w:noWrap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1AA4FC1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6"/>
              </w:rPr>
              <w:t>3.10.2026</w:t>
            </w:r>
          </w:p>
        </w:tc>
        <w:tc>
          <w:tcPr>
            <w:tcW w:w="326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DC27F18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P. Frankowska, A. Książkiewicz</w:t>
            </w:r>
          </w:p>
        </w:tc>
      </w:tr>
      <w:tr w:rsidR="0091424F" w14:paraId="7DD56985" w14:textId="77777777">
        <w:trPr>
          <w:jc w:val="center"/>
        </w:trPr>
        <w:tc>
          <w:tcPr>
            <w:tcW w:w="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B6B937C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7"/>
              </w:rPr>
              <w:t>3</w:t>
            </w:r>
          </w:p>
        </w:tc>
        <w:tc>
          <w:tcPr>
            <w:tcW w:w="22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905E8FF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b/>
                <w:color w:val="1F1F1F"/>
                <w:sz w:val="17"/>
              </w:rPr>
              <w:t>II Dyktando Mikołajkowe</w:t>
            </w:r>
          </w:p>
        </w:tc>
        <w:tc>
          <w:tcPr>
            <w:tcW w:w="22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2C83650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konkurs szkolny – etap szkolny (klasy 1–8)</w:t>
            </w:r>
          </w:p>
        </w:tc>
        <w:tc>
          <w:tcPr>
            <w:tcW w:w="1200" w:type="dxa"/>
            <w:shd w:val="clear" w:color="auto" w:fill="FFFFFF"/>
            <w:noWrap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5D84CF7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6"/>
              </w:rPr>
              <w:t>5.12.2026</w:t>
            </w:r>
          </w:p>
        </w:tc>
        <w:tc>
          <w:tcPr>
            <w:tcW w:w="326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60D7884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M. Lampkowska – klasy 4–8; P. Frankowska – klasy 1–3</w:t>
            </w:r>
          </w:p>
        </w:tc>
      </w:tr>
      <w:tr w:rsidR="0091424F" w14:paraId="4BA0E708" w14:textId="77777777">
        <w:trPr>
          <w:jc w:val="center"/>
        </w:trPr>
        <w:tc>
          <w:tcPr>
            <w:tcW w:w="50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F3E0009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7"/>
              </w:rPr>
              <w:t>4</w:t>
            </w:r>
          </w:p>
        </w:tc>
        <w:tc>
          <w:tcPr>
            <w:tcW w:w="220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89448B1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b/>
                <w:color w:val="1F1F1F"/>
                <w:sz w:val="17"/>
              </w:rPr>
              <w:t>I Szkolny Konkurs Kaligrafii</w:t>
            </w:r>
          </w:p>
        </w:tc>
        <w:tc>
          <w:tcPr>
            <w:tcW w:w="220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BB565AC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konkurs szkolny – etap szkolny (klasy 1–8)</w:t>
            </w:r>
          </w:p>
        </w:tc>
        <w:tc>
          <w:tcPr>
            <w:tcW w:w="1200" w:type="dxa"/>
            <w:shd w:val="clear" w:color="auto" w:fill="EEF5FB"/>
            <w:noWrap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90A5A3E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6"/>
              </w:rPr>
              <w:t>23.01.2027</w:t>
            </w:r>
          </w:p>
        </w:tc>
        <w:tc>
          <w:tcPr>
            <w:tcW w:w="326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D34BF6F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M. Lampkowska – klasy 4–8; S. Wojcińska – klasy 1–3</w:t>
            </w:r>
          </w:p>
        </w:tc>
      </w:tr>
      <w:tr w:rsidR="0091424F" w14:paraId="2EC863F9" w14:textId="77777777">
        <w:trPr>
          <w:jc w:val="center"/>
        </w:trPr>
        <w:tc>
          <w:tcPr>
            <w:tcW w:w="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6CBF259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7"/>
              </w:rPr>
              <w:t>5</w:t>
            </w:r>
          </w:p>
        </w:tc>
        <w:tc>
          <w:tcPr>
            <w:tcW w:w="22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91D3560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b/>
                <w:color w:val="1F1F1F"/>
                <w:sz w:val="17"/>
              </w:rPr>
              <w:t>Konkurs na najwyższą frekwencję w I półroczu</w:t>
            </w:r>
          </w:p>
        </w:tc>
        <w:tc>
          <w:tcPr>
            <w:tcW w:w="22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0954CDC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konkurs szkolny – etap szkolny</w:t>
            </w:r>
          </w:p>
        </w:tc>
        <w:tc>
          <w:tcPr>
            <w:tcW w:w="1200" w:type="dxa"/>
            <w:shd w:val="clear" w:color="auto" w:fill="FFFFFF"/>
            <w:noWrap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AB27B79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6"/>
              </w:rPr>
              <w:t>30.01.2027</w:t>
            </w:r>
          </w:p>
        </w:tc>
        <w:tc>
          <w:tcPr>
            <w:tcW w:w="326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C37ABD8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Dyrektor szkoły, opiekunowie klas</w:t>
            </w:r>
          </w:p>
        </w:tc>
      </w:tr>
      <w:tr w:rsidR="0091424F" w14:paraId="035802F5" w14:textId="77777777">
        <w:trPr>
          <w:jc w:val="center"/>
        </w:trPr>
        <w:tc>
          <w:tcPr>
            <w:tcW w:w="50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8B00D84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7"/>
              </w:rPr>
              <w:t>6</w:t>
            </w:r>
          </w:p>
        </w:tc>
        <w:tc>
          <w:tcPr>
            <w:tcW w:w="220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503546C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b/>
                <w:color w:val="1F1F1F"/>
                <w:sz w:val="17"/>
              </w:rPr>
              <w:t>III Konkurs Recytatorski „Polskich poetów znamy i zawsze ich czytamy”</w:t>
            </w:r>
          </w:p>
        </w:tc>
        <w:tc>
          <w:tcPr>
            <w:tcW w:w="220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BCA9A6A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konkurs szkolny i przedszkolny – etap szkolny (OD i klasy 1–8)</w:t>
            </w:r>
          </w:p>
        </w:tc>
        <w:tc>
          <w:tcPr>
            <w:tcW w:w="1200" w:type="dxa"/>
            <w:shd w:val="clear" w:color="auto" w:fill="EEF5FB"/>
            <w:noWrap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6928CA1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6"/>
              </w:rPr>
              <w:t>15.05.2027</w:t>
            </w:r>
          </w:p>
        </w:tc>
        <w:tc>
          <w:tcPr>
            <w:tcW w:w="326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F29D832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P. Frankowska</w:t>
            </w:r>
          </w:p>
        </w:tc>
      </w:tr>
      <w:tr w:rsidR="0091424F" w14:paraId="5AB73E2B" w14:textId="77777777">
        <w:trPr>
          <w:jc w:val="center"/>
        </w:trPr>
        <w:tc>
          <w:tcPr>
            <w:tcW w:w="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276302B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7"/>
              </w:rPr>
              <w:t>7</w:t>
            </w:r>
          </w:p>
        </w:tc>
        <w:tc>
          <w:tcPr>
            <w:tcW w:w="22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B22C02E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b/>
                <w:color w:val="1F1F1F"/>
                <w:sz w:val="17"/>
              </w:rPr>
              <w:t>Quiz wiedzy o Polsce</w:t>
            </w:r>
          </w:p>
        </w:tc>
        <w:tc>
          <w:tcPr>
            <w:tcW w:w="22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F338765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konkurs szkolny – etap szkolny (klasy 1–8)</w:t>
            </w:r>
          </w:p>
        </w:tc>
        <w:tc>
          <w:tcPr>
            <w:tcW w:w="1200" w:type="dxa"/>
            <w:shd w:val="clear" w:color="auto" w:fill="FFFFFF"/>
            <w:noWrap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6DDE9B5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6"/>
              </w:rPr>
              <w:t>5.06.2027</w:t>
            </w:r>
          </w:p>
        </w:tc>
        <w:tc>
          <w:tcPr>
            <w:tcW w:w="326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A5BB18C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B. Józków – klasy 4–8; P. Frankowska – klasy 1–3</w:t>
            </w:r>
          </w:p>
        </w:tc>
      </w:tr>
      <w:tr w:rsidR="0091424F" w14:paraId="2BE2FD6C" w14:textId="77777777">
        <w:trPr>
          <w:jc w:val="center"/>
        </w:trPr>
        <w:tc>
          <w:tcPr>
            <w:tcW w:w="50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2D8F08E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7"/>
              </w:rPr>
              <w:t>8</w:t>
            </w:r>
          </w:p>
        </w:tc>
        <w:tc>
          <w:tcPr>
            <w:tcW w:w="220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79157DF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b/>
                <w:color w:val="1F1F1F"/>
                <w:sz w:val="17"/>
              </w:rPr>
              <w:t>Konkurs na najładniejszy zeszyt z języka polskiego i wiedzy o Polsce</w:t>
            </w:r>
          </w:p>
        </w:tc>
        <w:tc>
          <w:tcPr>
            <w:tcW w:w="220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DE4C926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konkurs szkolny – etap szkolny (klasy 4–7)</w:t>
            </w:r>
          </w:p>
        </w:tc>
        <w:tc>
          <w:tcPr>
            <w:tcW w:w="1200" w:type="dxa"/>
            <w:shd w:val="clear" w:color="auto" w:fill="EEF5FB"/>
            <w:noWrap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D05870E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6"/>
              </w:rPr>
              <w:t>12.06.2027</w:t>
            </w:r>
          </w:p>
        </w:tc>
        <w:tc>
          <w:tcPr>
            <w:tcW w:w="3260" w:type="dxa"/>
            <w:shd w:val="clear" w:color="auto" w:fill="EEF5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81AEC2B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M. Lampkowska, B. Józków</w:t>
            </w:r>
          </w:p>
        </w:tc>
      </w:tr>
      <w:tr w:rsidR="0091424F" w14:paraId="66800E12" w14:textId="77777777">
        <w:trPr>
          <w:jc w:val="center"/>
        </w:trPr>
        <w:tc>
          <w:tcPr>
            <w:tcW w:w="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E20DCDE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7"/>
              </w:rPr>
              <w:t>9</w:t>
            </w:r>
          </w:p>
        </w:tc>
        <w:tc>
          <w:tcPr>
            <w:tcW w:w="22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DC6192D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b/>
                <w:color w:val="1F1F1F"/>
                <w:sz w:val="17"/>
              </w:rPr>
              <w:t>Konkurs na najładniejszy zeszyt</w:t>
            </w:r>
          </w:p>
        </w:tc>
        <w:tc>
          <w:tcPr>
            <w:tcW w:w="22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3C095BD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konkurs szkolny – etap szkolny (klasy 1–3)</w:t>
            </w:r>
          </w:p>
        </w:tc>
        <w:tc>
          <w:tcPr>
            <w:tcW w:w="1200" w:type="dxa"/>
            <w:shd w:val="clear" w:color="auto" w:fill="FFFFFF"/>
            <w:noWrap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E3D2497" w14:textId="77777777" w:rsidR="0091424F" w:rsidRDefault="00000000">
            <w:pPr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color w:val="1F1F1F"/>
                <w:sz w:val="16"/>
              </w:rPr>
              <w:t>12.06.2027</w:t>
            </w:r>
          </w:p>
        </w:tc>
        <w:tc>
          <w:tcPr>
            <w:tcW w:w="326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AB17FC8" w14:textId="77777777" w:rsidR="0091424F" w:rsidRDefault="00000000">
            <w:pPr>
              <w:spacing w:after="0" w:line="252" w:lineRule="auto"/>
              <w:rPr>
                <w:rFonts w:hint="eastAsia"/>
              </w:rPr>
            </w:pPr>
            <w:r>
              <w:rPr>
                <w:color w:val="1F1F1F"/>
                <w:sz w:val="17"/>
              </w:rPr>
              <w:t>S. Wojcińska, P. Frankowska</w:t>
            </w:r>
          </w:p>
        </w:tc>
      </w:tr>
    </w:tbl>
    <w:p w14:paraId="59A8B063" w14:textId="77777777" w:rsidR="0091424F" w:rsidRDefault="00000000">
      <w:pPr>
        <w:spacing w:before="140" w:after="0"/>
        <w:rPr>
          <w:rFonts w:hint="eastAsia"/>
        </w:rPr>
      </w:pPr>
      <w:r>
        <w:rPr>
          <w:color w:val="666666"/>
          <w:sz w:val="17"/>
        </w:rPr>
        <w:t>OD – oddziały dziecięce (przedszkolne). Harmonogram opracowano na podstawie Kalendarza wydarzeń szkolnych 2026/2027.</w:t>
      </w:r>
    </w:p>
    <w:sectPr w:rsidR="0091424F" w:rsidSect="00034616">
      <w:pgSz w:w="12240" w:h="15840"/>
      <w:pgMar w:top="1008" w:right="1080" w:bottom="1008" w:left="1080" w:header="504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48016816">
    <w:abstractNumId w:val="8"/>
  </w:num>
  <w:num w:numId="2" w16cid:durableId="1928029485">
    <w:abstractNumId w:val="6"/>
  </w:num>
  <w:num w:numId="3" w16cid:durableId="1978954646">
    <w:abstractNumId w:val="5"/>
  </w:num>
  <w:num w:numId="4" w16cid:durableId="19817796">
    <w:abstractNumId w:val="4"/>
  </w:num>
  <w:num w:numId="5" w16cid:durableId="7340860">
    <w:abstractNumId w:val="7"/>
  </w:num>
  <w:num w:numId="6" w16cid:durableId="1303577349">
    <w:abstractNumId w:val="3"/>
  </w:num>
  <w:num w:numId="7" w16cid:durableId="1204635550">
    <w:abstractNumId w:val="2"/>
  </w:num>
  <w:num w:numId="8" w16cid:durableId="1708917698">
    <w:abstractNumId w:val="1"/>
  </w:num>
  <w:num w:numId="9" w16cid:durableId="543099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D5029"/>
    <w:rsid w:val="0091424F"/>
    <w:rsid w:val="00AA1D8D"/>
    <w:rsid w:val="00B47730"/>
    <w:rsid w:val="00C72BB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7338E5"/>
  <w14:defaultImageDpi w14:val="300"/>
  <w15:docId w15:val="{160AFC5C-506A-4038-A672-08DB2651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120" w:line="264" w:lineRule="auto"/>
    </w:pPr>
    <w:rPr>
      <w:rFonts w:ascii="Aptos" w:hAnsi="Aptos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konkursów szkolnych i przedszkolnych 2026/2027</dc:title>
  <dc:subject>Szkoła Polska w Lipsku</dc:subject>
  <dc:creator>python-docx</dc:creator>
  <cp:keywords/>
  <dc:description>generated by python-docx</dc:description>
  <cp:lastModifiedBy>Beata</cp:lastModifiedBy>
  <cp:revision>2</cp:revision>
  <dcterms:created xsi:type="dcterms:W3CDTF">2013-12-23T23:15:00Z</dcterms:created>
  <dcterms:modified xsi:type="dcterms:W3CDTF">2026-09-04T15:00:00Z</dcterms:modified>
  <cp:category/>
</cp:coreProperties>
</file>